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4E87B" w14:textId="75A947C3" w:rsidR="00F414E1" w:rsidRPr="009D2D1C" w:rsidRDefault="00711CE1" w:rsidP="009D2D1C">
      <w:pPr>
        <w:pStyle w:val="Title"/>
        <w:rPr>
          <w:rFonts w:cstheme="majorHAnsi"/>
        </w:rPr>
      </w:pPr>
      <w:r w:rsidRPr="009D2D1C">
        <w:rPr>
          <w:rFonts w:cstheme="majorHAnsi"/>
        </w:rPr>
        <w:t>Redesign with UDL in mind</w:t>
      </w:r>
    </w:p>
    <w:p w14:paraId="3FDC435F" w14:textId="6C21EDC6" w:rsidR="00F414E1" w:rsidRDefault="00711CE1" w:rsidP="009D2D1C">
      <w:pPr>
        <w:pStyle w:val="Subtitle"/>
        <w:rPr>
          <w:rFonts w:cstheme="majorHAnsi"/>
          <w:b/>
          <w:bCs/>
          <w:sz w:val="28"/>
          <w:szCs w:val="28"/>
        </w:rPr>
      </w:pPr>
      <w:r w:rsidRPr="008A1267">
        <w:rPr>
          <w:rFonts w:cstheme="majorHAnsi"/>
          <w:b/>
          <w:bCs/>
          <w:sz w:val="28"/>
          <w:szCs w:val="28"/>
        </w:rPr>
        <w:t>A Collaborative Pilot with Murdoch’s School of Nursing</w:t>
      </w:r>
    </w:p>
    <w:sdt>
      <w:sdtPr>
        <w:rPr>
          <w:rFonts w:asciiTheme="minorHAnsi" w:eastAsiaTheme="minorEastAsia" w:hAnsiTheme="minorHAnsi" w:cstheme="minorBidi"/>
          <w:b w:val="0"/>
          <w:bCs w:val="0"/>
          <w:color w:val="auto"/>
          <w:sz w:val="22"/>
          <w:szCs w:val="22"/>
        </w:rPr>
        <w:id w:val="1871186856"/>
        <w:docPartObj>
          <w:docPartGallery w:val="Table of Contents"/>
          <w:docPartUnique/>
        </w:docPartObj>
      </w:sdtPr>
      <w:sdtEndPr>
        <w:rPr>
          <w:noProof/>
        </w:rPr>
      </w:sdtEndPr>
      <w:sdtContent>
        <w:p w14:paraId="1A35B229" w14:textId="23A512A9" w:rsidR="00395066" w:rsidRDefault="00395066">
          <w:pPr>
            <w:pStyle w:val="TOCHeading"/>
          </w:pPr>
          <w:r>
            <w:t>Contents</w:t>
          </w:r>
        </w:p>
        <w:p w14:paraId="122452B9" w14:textId="64200D7F" w:rsidR="007F6D84" w:rsidRPr="00DE4EEC" w:rsidRDefault="00395066">
          <w:pPr>
            <w:pStyle w:val="TOC1"/>
            <w:tabs>
              <w:tab w:val="right" w:leader="dot" w:pos="10480"/>
            </w:tabs>
            <w:rPr>
              <w:rFonts w:asciiTheme="majorHAnsi" w:hAnsiTheme="majorHAnsi" w:cstheme="majorHAnsi"/>
              <w:noProof/>
              <w:kern w:val="2"/>
              <w:sz w:val="24"/>
              <w:szCs w:val="24"/>
              <w:lang w:val="en-AU" w:eastAsia="en-AU"/>
              <w14:ligatures w14:val="standardContextual"/>
            </w:rPr>
          </w:pPr>
          <w:r>
            <w:fldChar w:fldCharType="begin"/>
          </w:r>
          <w:r>
            <w:instrText xml:space="preserve"> TOC \o "1-3" \h \z \u </w:instrText>
          </w:r>
          <w:r>
            <w:fldChar w:fldCharType="separate"/>
          </w:r>
          <w:hyperlink w:anchor="_Toc231831314" w:history="1">
            <w:r w:rsidR="007F6D84" w:rsidRPr="00DE4EEC">
              <w:rPr>
                <w:rStyle w:val="Hyperlink"/>
                <w:rFonts w:asciiTheme="majorHAnsi" w:hAnsiTheme="majorHAnsi" w:cstheme="majorHAnsi"/>
                <w:noProof/>
              </w:rPr>
              <w:t>Pilot Team</w:t>
            </w:r>
            <w:r w:rsidR="007F6D84" w:rsidRPr="00DE4EEC">
              <w:rPr>
                <w:rFonts w:asciiTheme="majorHAnsi" w:hAnsiTheme="majorHAnsi" w:cstheme="majorHAnsi"/>
                <w:noProof/>
                <w:webHidden/>
              </w:rPr>
              <w:tab/>
            </w:r>
            <w:r w:rsidR="007F6D84" w:rsidRPr="00DE4EEC">
              <w:rPr>
                <w:rFonts w:asciiTheme="majorHAnsi" w:hAnsiTheme="majorHAnsi" w:cstheme="majorHAnsi"/>
                <w:noProof/>
                <w:webHidden/>
              </w:rPr>
              <w:fldChar w:fldCharType="begin"/>
            </w:r>
            <w:r w:rsidR="007F6D84" w:rsidRPr="00DE4EEC">
              <w:rPr>
                <w:rFonts w:asciiTheme="majorHAnsi" w:hAnsiTheme="majorHAnsi" w:cstheme="majorHAnsi"/>
                <w:noProof/>
                <w:webHidden/>
              </w:rPr>
              <w:instrText xml:space="preserve"> PAGEREF _Toc231831314 \h </w:instrText>
            </w:r>
            <w:r w:rsidR="007F6D84" w:rsidRPr="00DE4EEC">
              <w:rPr>
                <w:rFonts w:asciiTheme="majorHAnsi" w:hAnsiTheme="majorHAnsi" w:cstheme="majorHAnsi"/>
                <w:noProof/>
                <w:webHidden/>
              </w:rPr>
            </w:r>
            <w:r w:rsidR="007F6D84" w:rsidRPr="00DE4EEC">
              <w:rPr>
                <w:rFonts w:asciiTheme="majorHAnsi" w:hAnsiTheme="majorHAnsi" w:cstheme="majorHAnsi"/>
                <w:noProof/>
                <w:webHidden/>
              </w:rPr>
              <w:fldChar w:fldCharType="separate"/>
            </w:r>
            <w:r w:rsidR="007F6D84" w:rsidRPr="00DE4EEC">
              <w:rPr>
                <w:rFonts w:asciiTheme="majorHAnsi" w:hAnsiTheme="majorHAnsi" w:cstheme="majorHAnsi"/>
                <w:noProof/>
                <w:webHidden/>
              </w:rPr>
              <w:t>2</w:t>
            </w:r>
            <w:r w:rsidR="007F6D84" w:rsidRPr="00DE4EEC">
              <w:rPr>
                <w:rFonts w:asciiTheme="majorHAnsi" w:hAnsiTheme="majorHAnsi" w:cstheme="majorHAnsi"/>
                <w:noProof/>
                <w:webHidden/>
              </w:rPr>
              <w:fldChar w:fldCharType="end"/>
            </w:r>
          </w:hyperlink>
        </w:p>
        <w:p w14:paraId="16862EBE" w14:textId="2CE743DD"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15" w:history="1">
            <w:r w:rsidRPr="00DE4EEC">
              <w:rPr>
                <w:rStyle w:val="Hyperlink"/>
                <w:rFonts w:asciiTheme="majorHAnsi" w:hAnsiTheme="majorHAnsi" w:cstheme="majorHAnsi"/>
                <w:noProof/>
              </w:rPr>
              <w:t>Objectives</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_Toc231831315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2</w:t>
            </w:r>
            <w:r w:rsidRPr="00DE4EEC">
              <w:rPr>
                <w:rFonts w:asciiTheme="majorHAnsi" w:hAnsiTheme="majorHAnsi" w:cstheme="majorHAnsi"/>
                <w:noProof/>
                <w:webHidden/>
              </w:rPr>
              <w:fldChar w:fldCharType="end"/>
            </w:r>
          </w:hyperlink>
        </w:p>
        <w:p w14:paraId="34BBF6F5" w14:textId="43F665F8"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16" w:history="1">
            <w:r w:rsidRPr="00DE4EEC">
              <w:rPr>
                <w:rStyle w:val="Hyperlink"/>
                <w:rFonts w:asciiTheme="majorHAnsi" w:hAnsiTheme="majorHAnsi" w:cstheme="majorHAnsi"/>
                <w:noProof/>
              </w:rPr>
              <w:t>On a scale of Alpaca</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_Toc231831316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2</w:t>
            </w:r>
            <w:r w:rsidRPr="00DE4EEC">
              <w:rPr>
                <w:rFonts w:asciiTheme="majorHAnsi" w:hAnsiTheme="majorHAnsi" w:cstheme="majorHAnsi"/>
                <w:noProof/>
                <w:webHidden/>
              </w:rPr>
              <w:fldChar w:fldCharType="end"/>
            </w:r>
          </w:hyperlink>
        </w:p>
        <w:p w14:paraId="29FDD6DE" w14:textId="0658C315"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17" w:history="1">
            <w:r w:rsidRPr="00DE4EEC">
              <w:rPr>
                <w:rStyle w:val="Hyperlink"/>
                <w:rFonts w:asciiTheme="majorHAnsi" w:hAnsiTheme="majorHAnsi" w:cstheme="majorHAnsi"/>
                <w:noProof/>
              </w:rPr>
              <w:t>About the pilot</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_Toc231831317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3</w:t>
            </w:r>
            <w:r w:rsidRPr="00DE4EEC">
              <w:rPr>
                <w:rFonts w:asciiTheme="majorHAnsi" w:hAnsiTheme="majorHAnsi" w:cstheme="majorHAnsi"/>
                <w:noProof/>
                <w:webHidden/>
              </w:rPr>
              <w:fldChar w:fldCharType="end"/>
            </w:r>
          </w:hyperlink>
        </w:p>
        <w:p w14:paraId="0A28CF87" w14:textId="49213F75"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18" w:history="1">
            <w:r w:rsidRPr="00DE4EEC">
              <w:rPr>
                <w:rStyle w:val="Hyperlink"/>
                <w:rFonts w:asciiTheme="majorHAnsi" w:hAnsiTheme="majorHAnsi" w:cstheme="majorHAnsi"/>
                <w:noProof/>
              </w:rPr>
              <w:t>Mentoring structure</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_Toc231831318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3</w:t>
            </w:r>
            <w:r w:rsidRPr="00DE4EEC">
              <w:rPr>
                <w:rFonts w:asciiTheme="majorHAnsi" w:hAnsiTheme="majorHAnsi" w:cstheme="majorHAnsi"/>
                <w:noProof/>
                <w:webHidden/>
              </w:rPr>
              <w:fldChar w:fldCharType="end"/>
            </w:r>
          </w:hyperlink>
        </w:p>
        <w:p w14:paraId="5AAE2F74" w14:textId="6ED737F1"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19" w:history="1">
            <w:r w:rsidRPr="00DE4EEC">
              <w:rPr>
                <w:rStyle w:val="Hyperlink"/>
                <w:rFonts w:asciiTheme="majorHAnsi" w:hAnsiTheme="majorHAnsi" w:cstheme="majorHAnsi"/>
                <w:noProof/>
              </w:rPr>
              <w:t>Big Wins (and students agree)</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_Toc231831319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3</w:t>
            </w:r>
            <w:r w:rsidRPr="00DE4EEC">
              <w:rPr>
                <w:rFonts w:asciiTheme="majorHAnsi" w:hAnsiTheme="majorHAnsi" w:cstheme="majorHAnsi"/>
                <w:noProof/>
                <w:webHidden/>
              </w:rPr>
              <w:fldChar w:fldCharType="end"/>
            </w:r>
          </w:hyperlink>
        </w:p>
        <w:p w14:paraId="675F64EE" w14:textId="36667E02"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0" w:history="1">
            <w:r w:rsidRPr="00DE4EEC">
              <w:rPr>
                <w:rStyle w:val="Hyperlink"/>
                <w:rFonts w:asciiTheme="majorHAnsi" w:hAnsiTheme="majorHAnsi" w:cstheme="majorHAnsi"/>
                <w:noProof/>
              </w:rPr>
              <w:t>Spotlight: Authentic &amp; creative learning</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_Toc231831320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4</w:t>
            </w:r>
            <w:r w:rsidRPr="00DE4EEC">
              <w:rPr>
                <w:rFonts w:asciiTheme="majorHAnsi" w:hAnsiTheme="majorHAnsi" w:cstheme="majorHAnsi"/>
                <w:noProof/>
                <w:webHidden/>
              </w:rPr>
              <w:fldChar w:fldCharType="end"/>
            </w:r>
          </w:hyperlink>
        </w:p>
        <w:p w14:paraId="51AFFEF6" w14:textId="4294104F"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1" w:history="1">
            <w:r w:rsidRPr="00DE4EEC">
              <w:rPr>
                <w:rStyle w:val="Hyperlink"/>
                <w:rFonts w:asciiTheme="majorHAnsi" w:hAnsiTheme="majorHAnsi" w:cstheme="majorHAnsi"/>
                <w:noProof/>
              </w:rPr>
              <w:t>Spotlight: Authentic and meaningful assessment</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_Toc231831321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4</w:t>
            </w:r>
            <w:r w:rsidRPr="00DE4EEC">
              <w:rPr>
                <w:rFonts w:asciiTheme="majorHAnsi" w:hAnsiTheme="majorHAnsi" w:cstheme="majorHAnsi"/>
                <w:noProof/>
                <w:webHidden/>
              </w:rPr>
              <w:fldChar w:fldCharType="end"/>
            </w:r>
          </w:hyperlink>
        </w:p>
        <w:p w14:paraId="67D510E9" w14:textId="245553C8"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2" w:history="1">
            <w:r w:rsidRPr="00DE4EEC">
              <w:rPr>
                <w:rStyle w:val="Hyperlink"/>
                <w:rFonts w:asciiTheme="majorHAnsi" w:hAnsiTheme="majorHAnsi" w:cstheme="majorHAnsi"/>
                <w:noProof/>
              </w:rPr>
              <w:t>Staff feedback</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_Toc231831322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4</w:t>
            </w:r>
            <w:r w:rsidRPr="00DE4EEC">
              <w:rPr>
                <w:rFonts w:asciiTheme="majorHAnsi" w:hAnsiTheme="majorHAnsi" w:cstheme="majorHAnsi"/>
                <w:noProof/>
                <w:webHidden/>
              </w:rPr>
              <w:fldChar w:fldCharType="end"/>
            </w:r>
          </w:hyperlink>
        </w:p>
        <w:p w14:paraId="73F6A9E9" w14:textId="415CB127"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3" w:history="1">
            <w:r w:rsidRPr="00DE4EEC">
              <w:rPr>
                <w:rStyle w:val="Hyperlink"/>
                <w:rFonts w:asciiTheme="majorHAnsi" w:hAnsiTheme="majorHAnsi" w:cstheme="majorHAnsi"/>
                <w:noProof/>
              </w:rPr>
              <w:t>Feed Forward Matrix Example</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_Toc231831323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5</w:t>
            </w:r>
            <w:r w:rsidRPr="00DE4EEC">
              <w:rPr>
                <w:rFonts w:asciiTheme="majorHAnsi" w:hAnsiTheme="majorHAnsi" w:cstheme="majorHAnsi"/>
                <w:noProof/>
                <w:webHidden/>
              </w:rPr>
              <w:fldChar w:fldCharType="end"/>
            </w:r>
          </w:hyperlink>
        </w:p>
        <w:p w14:paraId="58E145BB" w14:textId="07477AF0"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4" w:history="1">
            <w:r w:rsidRPr="00DE4EEC">
              <w:rPr>
                <w:rStyle w:val="Hyperlink"/>
                <w:rFonts w:asciiTheme="majorHAnsi" w:hAnsiTheme="majorHAnsi" w:cstheme="majorHAnsi"/>
                <w:noProof/>
              </w:rPr>
              <w:t>Challenges</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_Toc231831324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5</w:t>
            </w:r>
            <w:r w:rsidRPr="00DE4EEC">
              <w:rPr>
                <w:rFonts w:asciiTheme="majorHAnsi" w:hAnsiTheme="majorHAnsi" w:cstheme="majorHAnsi"/>
                <w:noProof/>
                <w:webHidden/>
              </w:rPr>
              <w:fldChar w:fldCharType="end"/>
            </w:r>
          </w:hyperlink>
        </w:p>
        <w:p w14:paraId="553CFAF6" w14:textId="350D70C7"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5" w:history="1">
            <w:r w:rsidRPr="00DE4EEC">
              <w:rPr>
                <w:rStyle w:val="Hyperlink"/>
                <w:rFonts w:asciiTheme="majorHAnsi" w:hAnsiTheme="majorHAnsi" w:cstheme="majorHAnsi"/>
                <w:noProof/>
              </w:rPr>
              <w:t>What Now</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_Toc231831325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5</w:t>
            </w:r>
            <w:r w:rsidRPr="00DE4EEC">
              <w:rPr>
                <w:rFonts w:asciiTheme="majorHAnsi" w:hAnsiTheme="majorHAnsi" w:cstheme="majorHAnsi"/>
                <w:noProof/>
                <w:webHidden/>
              </w:rPr>
              <w:fldChar w:fldCharType="end"/>
            </w:r>
          </w:hyperlink>
        </w:p>
        <w:p w14:paraId="1F749C04" w14:textId="7296932D"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6" w:history="1">
            <w:r w:rsidRPr="00DE4EEC">
              <w:rPr>
                <w:rStyle w:val="Hyperlink"/>
                <w:rFonts w:asciiTheme="majorHAnsi" w:hAnsiTheme="majorHAnsi" w:cstheme="majorHAnsi"/>
                <w:noProof/>
              </w:rPr>
              <w:t>Text only Accessible Poster Content</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_Toc231831326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6</w:t>
            </w:r>
            <w:r w:rsidRPr="00DE4EEC">
              <w:rPr>
                <w:rFonts w:asciiTheme="majorHAnsi" w:hAnsiTheme="majorHAnsi" w:cstheme="majorHAnsi"/>
                <w:noProof/>
                <w:webHidden/>
              </w:rPr>
              <w:fldChar w:fldCharType="end"/>
            </w:r>
          </w:hyperlink>
        </w:p>
        <w:p w14:paraId="57920777" w14:textId="2D1A7CCD"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7" w:history="1">
            <w:r w:rsidRPr="00DE4EEC">
              <w:rPr>
                <w:rStyle w:val="Hyperlink"/>
                <w:rFonts w:asciiTheme="majorHAnsi" w:hAnsiTheme="majorHAnsi" w:cstheme="majorHAnsi"/>
                <w:noProof/>
              </w:rPr>
              <w:t>What We’ve Learnt: Keys to Success</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_Toc231831327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7</w:t>
            </w:r>
            <w:r w:rsidRPr="00DE4EEC">
              <w:rPr>
                <w:rFonts w:asciiTheme="majorHAnsi" w:hAnsiTheme="majorHAnsi" w:cstheme="majorHAnsi"/>
                <w:noProof/>
                <w:webHidden/>
              </w:rPr>
              <w:fldChar w:fldCharType="end"/>
            </w:r>
          </w:hyperlink>
        </w:p>
        <w:p w14:paraId="18353B0C" w14:textId="6BC26250"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8" w:history="1">
            <w:r w:rsidRPr="00DE4EEC">
              <w:rPr>
                <w:rStyle w:val="Hyperlink"/>
                <w:rFonts w:asciiTheme="majorHAnsi" w:hAnsiTheme="majorHAnsi" w:cstheme="majorHAnsi"/>
                <w:noProof/>
              </w:rPr>
              <w:t>Your thoughts and questions</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_Toc231831328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7</w:t>
            </w:r>
            <w:r w:rsidRPr="00DE4EEC">
              <w:rPr>
                <w:rFonts w:asciiTheme="majorHAnsi" w:hAnsiTheme="majorHAnsi" w:cstheme="majorHAnsi"/>
                <w:noProof/>
                <w:webHidden/>
              </w:rPr>
              <w:fldChar w:fldCharType="end"/>
            </w:r>
          </w:hyperlink>
        </w:p>
        <w:p w14:paraId="4D26F487" w14:textId="607ECDD1"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29" w:history="1">
            <w:r w:rsidRPr="00DE4EEC">
              <w:rPr>
                <w:rStyle w:val="Hyperlink"/>
                <w:rFonts w:asciiTheme="majorHAnsi" w:hAnsiTheme="majorHAnsi" w:cstheme="majorHAnsi"/>
                <w:noProof/>
              </w:rPr>
              <w:t>Contact Information</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_Toc231831329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7</w:t>
            </w:r>
            <w:r w:rsidRPr="00DE4EEC">
              <w:rPr>
                <w:rFonts w:asciiTheme="majorHAnsi" w:hAnsiTheme="majorHAnsi" w:cstheme="majorHAnsi"/>
                <w:noProof/>
                <w:webHidden/>
              </w:rPr>
              <w:fldChar w:fldCharType="end"/>
            </w:r>
          </w:hyperlink>
        </w:p>
        <w:p w14:paraId="6A7FCF95" w14:textId="5E7C8DFC"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30" w:history="1">
            <w:r w:rsidRPr="00DE4EEC">
              <w:rPr>
                <w:rStyle w:val="Hyperlink"/>
                <w:rFonts w:asciiTheme="majorHAnsi" w:hAnsiTheme="majorHAnsi" w:cstheme="majorHAnsi"/>
                <w:noProof/>
              </w:rPr>
              <w:t>Supplementary information</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_Toc231831330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7</w:t>
            </w:r>
            <w:r w:rsidRPr="00DE4EEC">
              <w:rPr>
                <w:rFonts w:asciiTheme="majorHAnsi" w:hAnsiTheme="majorHAnsi" w:cstheme="majorHAnsi"/>
                <w:noProof/>
                <w:webHidden/>
              </w:rPr>
              <w:fldChar w:fldCharType="end"/>
            </w:r>
          </w:hyperlink>
        </w:p>
        <w:p w14:paraId="444B8096" w14:textId="568DE730" w:rsidR="007F6D84" w:rsidRPr="00DE4EEC" w:rsidRDefault="007F6D84">
          <w:pPr>
            <w:pStyle w:val="TOC2"/>
            <w:tabs>
              <w:tab w:val="right" w:leader="dot" w:pos="10480"/>
            </w:tabs>
            <w:rPr>
              <w:rFonts w:asciiTheme="majorHAnsi" w:hAnsiTheme="majorHAnsi" w:cstheme="majorHAnsi"/>
              <w:noProof/>
              <w:kern w:val="2"/>
              <w:sz w:val="24"/>
              <w:szCs w:val="24"/>
              <w:lang w:val="en-AU" w:eastAsia="en-AU"/>
              <w14:ligatures w14:val="standardContextual"/>
            </w:rPr>
          </w:pPr>
          <w:hyperlink w:anchor="_Toc231831331" w:history="1">
            <w:r w:rsidRPr="00DE4EEC">
              <w:rPr>
                <w:rStyle w:val="Hyperlink"/>
                <w:rFonts w:asciiTheme="majorHAnsi" w:hAnsiTheme="majorHAnsi" w:cstheme="majorHAnsi"/>
                <w:noProof/>
              </w:rPr>
              <w:t>Spotlight: More authentic &amp; creative learning</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_Toc231831331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7</w:t>
            </w:r>
            <w:r w:rsidRPr="00DE4EEC">
              <w:rPr>
                <w:rFonts w:asciiTheme="majorHAnsi" w:hAnsiTheme="majorHAnsi" w:cstheme="majorHAnsi"/>
                <w:noProof/>
                <w:webHidden/>
              </w:rPr>
              <w:fldChar w:fldCharType="end"/>
            </w:r>
          </w:hyperlink>
        </w:p>
        <w:p w14:paraId="1F90E531" w14:textId="7E94C0D7" w:rsidR="007F6D84" w:rsidRPr="00DE4EEC" w:rsidRDefault="007F6D84">
          <w:pPr>
            <w:pStyle w:val="TOC2"/>
            <w:tabs>
              <w:tab w:val="right" w:leader="dot" w:pos="10480"/>
            </w:tabs>
            <w:rPr>
              <w:rFonts w:asciiTheme="majorHAnsi" w:hAnsiTheme="majorHAnsi" w:cstheme="majorHAnsi"/>
              <w:noProof/>
              <w:kern w:val="2"/>
              <w:sz w:val="24"/>
              <w:szCs w:val="24"/>
              <w:lang w:val="en-AU" w:eastAsia="en-AU"/>
              <w14:ligatures w14:val="standardContextual"/>
            </w:rPr>
          </w:pPr>
          <w:hyperlink w:anchor="_Toc231831332" w:history="1">
            <w:r w:rsidRPr="00DE4EEC">
              <w:rPr>
                <w:rStyle w:val="Hyperlink"/>
                <w:rFonts w:asciiTheme="majorHAnsi" w:hAnsiTheme="majorHAnsi" w:cstheme="majorHAnsi"/>
                <w:noProof/>
              </w:rPr>
              <w:t>More About Westvale/Boyakoorlup</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_Toc231831332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7</w:t>
            </w:r>
            <w:r w:rsidRPr="00DE4EEC">
              <w:rPr>
                <w:rFonts w:asciiTheme="majorHAnsi" w:hAnsiTheme="majorHAnsi" w:cstheme="majorHAnsi"/>
                <w:noProof/>
                <w:webHidden/>
              </w:rPr>
              <w:fldChar w:fldCharType="end"/>
            </w:r>
          </w:hyperlink>
        </w:p>
        <w:p w14:paraId="14B55575" w14:textId="229DA043" w:rsidR="007F6D84" w:rsidRPr="00DE4EEC" w:rsidRDefault="007F6D84">
          <w:pPr>
            <w:pStyle w:val="TOC1"/>
            <w:tabs>
              <w:tab w:val="right" w:leader="dot" w:pos="10480"/>
            </w:tabs>
            <w:rPr>
              <w:rFonts w:asciiTheme="majorHAnsi" w:hAnsiTheme="majorHAnsi" w:cstheme="majorHAnsi"/>
              <w:noProof/>
              <w:kern w:val="2"/>
              <w:sz w:val="24"/>
              <w:szCs w:val="24"/>
              <w:lang w:val="en-AU" w:eastAsia="en-AU"/>
              <w14:ligatures w14:val="standardContextual"/>
            </w:rPr>
          </w:pPr>
          <w:hyperlink w:anchor="_Toc231831333" w:history="1">
            <w:r w:rsidRPr="00DE4EEC">
              <w:rPr>
                <w:rStyle w:val="Hyperlink"/>
                <w:rFonts w:asciiTheme="majorHAnsi" w:hAnsiTheme="majorHAnsi" w:cstheme="majorHAnsi"/>
                <w:noProof/>
              </w:rPr>
              <w:t>References</w:t>
            </w:r>
            <w:r w:rsidRPr="00DE4EEC">
              <w:rPr>
                <w:rFonts w:asciiTheme="majorHAnsi" w:hAnsiTheme="majorHAnsi" w:cstheme="majorHAnsi"/>
                <w:noProof/>
                <w:webHidden/>
              </w:rPr>
              <w:tab/>
            </w:r>
            <w:r w:rsidRPr="00DE4EEC">
              <w:rPr>
                <w:rFonts w:asciiTheme="majorHAnsi" w:hAnsiTheme="majorHAnsi" w:cstheme="majorHAnsi"/>
                <w:noProof/>
                <w:webHidden/>
              </w:rPr>
              <w:fldChar w:fldCharType="begin"/>
            </w:r>
            <w:r w:rsidRPr="00DE4EEC">
              <w:rPr>
                <w:rFonts w:asciiTheme="majorHAnsi" w:hAnsiTheme="majorHAnsi" w:cstheme="majorHAnsi"/>
                <w:noProof/>
                <w:webHidden/>
              </w:rPr>
              <w:instrText xml:space="preserve"> PAGEREF _Toc231831333 \h </w:instrText>
            </w:r>
            <w:r w:rsidRPr="00DE4EEC">
              <w:rPr>
                <w:rFonts w:asciiTheme="majorHAnsi" w:hAnsiTheme="majorHAnsi" w:cstheme="majorHAnsi"/>
                <w:noProof/>
                <w:webHidden/>
              </w:rPr>
            </w:r>
            <w:r w:rsidRPr="00DE4EEC">
              <w:rPr>
                <w:rFonts w:asciiTheme="majorHAnsi" w:hAnsiTheme="majorHAnsi" w:cstheme="majorHAnsi"/>
                <w:noProof/>
                <w:webHidden/>
              </w:rPr>
              <w:fldChar w:fldCharType="separate"/>
            </w:r>
            <w:r w:rsidRPr="00DE4EEC">
              <w:rPr>
                <w:rFonts w:asciiTheme="majorHAnsi" w:hAnsiTheme="majorHAnsi" w:cstheme="majorHAnsi"/>
                <w:noProof/>
                <w:webHidden/>
              </w:rPr>
              <w:t>8</w:t>
            </w:r>
            <w:r w:rsidRPr="00DE4EEC">
              <w:rPr>
                <w:rFonts w:asciiTheme="majorHAnsi" w:hAnsiTheme="majorHAnsi" w:cstheme="majorHAnsi"/>
                <w:noProof/>
                <w:webHidden/>
              </w:rPr>
              <w:fldChar w:fldCharType="end"/>
            </w:r>
          </w:hyperlink>
        </w:p>
        <w:p w14:paraId="19009B19" w14:textId="0B9C1604" w:rsidR="00395066" w:rsidRDefault="00395066">
          <w:r>
            <w:rPr>
              <w:b/>
              <w:bCs/>
              <w:noProof/>
            </w:rPr>
            <w:fldChar w:fldCharType="end"/>
          </w:r>
        </w:p>
      </w:sdtContent>
    </w:sdt>
    <w:p w14:paraId="39EDEE81" w14:textId="77777777" w:rsidR="007F6D84" w:rsidRDefault="007F6D84">
      <w:pPr>
        <w:rPr>
          <w:rFonts w:asciiTheme="majorHAnsi" w:eastAsiaTheme="majorEastAsia" w:hAnsiTheme="majorHAnsi" w:cstheme="majorHAnsi"/>
          <w:b/>
          <w:bCs/>
          <w:color w:val="365F91" w:themeColor="accent1" w:themeShade="BF"/>
          <w:sz w:val="28"/>
          <w:szCs w:val="28"/>
        </w:rPr>
      </w:pPr>
      <w:r>
        <w:rPr>
          <w:rFonts w:cstheme="majorHAnsi"/>
        </w:rPr>
        <w:br w:type="page"/>
      </w:r>
    </w:p>
    <w:p w14:paraId="65E0C20F" w14:textId="1E0ED429" w:rsidR="00F414E1" w:rsidRPr="009D2D1C" w:rsidRDefault="00711CE1">
      <w:pPr>
        <w:pStyle w:val="Heading1"/>
        <w:rPr>
          <w:rFonts w:cstheme="majorHAnsi"/>
        </w:rPr>
      </w:pPr>
      <w:bookmarkStart w:id="0" w:name="_Toc231831314"/>
      <w:r w:rsidRPr="009D2D1C">
        <w:rPr>
          <w:rFonts w:cstheme="majorHAnsi"/>
        </w:rPr>
        <w:lastRenderedPageBreak/>
        <w:t>Pilot Team</w:t>
      </w:r>
      <w:bookmarkEnd w:id="0"/>
    </w:p>
    <w:p w14:paraId="0B7368D8" w14:textId="38BF9D57" w:rsidR="009D2D1C" w:rsidRPr="009D2D1C" w:rsidRDefault="009D2D1C">
      <w:pPr>
        <w:rPr>
          <w:rFonts w:asciiTheme="majorHAnsi" w:hAnsiTheme="majorHAnsi" w:cstheme="majorHAnsi"/>
        </w:rPr>
      </w:pPr>
      <w:r w:rsidRPr="009D2D1C">
        <w:rPr>
          <w:rFonts w:asciiTheme="majorHAnsi" w:hAnsiTheme="majorHAnsi" w:cstheme="majorHAnsi"/>
          <w:noProof/>
        </w:rPr>
        <w:drawing>
          <wp:anchor distT="0" distB="0" distL="114300" distR="114300" simplePos="0" relativeHeight="251345408" behindDoc="0" locked="0" layoutInCell="1" allowOverlap="1" wp14:anchorId="642CB2CD" wp14:editId="7BB7C16E">
            <wp:simplePos x="0" y="0"/>
            <wp:positionH relativeFrom="column">
              <wp:posOffset>3632200</wp:posOffset>
            </wp:positionH>
            <wp:positionV relativeFrom="paragraph">
              <wp:posOffset>3175</wp:posOffset>
            </wp:positionV>
            <wp:extent cx="712470" cy="862965"/>
            <wp:effectExtent l="0" t="0" r="0" b="0"/>
            <wp:wrapNone/>
            <wp:docPr id="15" name="Picture Placeholder 14" descr="Photo of Bec Inwood. Blonde hair, light skin, dark frame glasses wearing white shirt.">
              <a:extLst xmlns:a="http://schemas.openxmlformats.org/drawingml/2006/main">
                <a:ext uri="{FF2B5EF4-FFF2-40B4-BE49-F238E27FC236}">
                  <a16:creationId xmlns:a16="http://schemas.microsoft.com/office/drawing/2014/main" id="{F330B86D-9270-A269-B4E6-55303ACF4C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Picture Placeholder 14" descr="Photo of Bec Inwood. Blonde hair, light skin, dark frame glasses wearing white shirt.">
                      <a:extLst>
                        <a:ext uri="{FF2B5EF4-FFF2-40B4-BE49-F238E27FC236}">
                          <a16:creationId xmlns:a16="http://schemas.microsoft.com/office/drawing/2014/main" id="{F330B86D-9270-A269-B4E6-55303ACF4C1D}"/>
                        </a:ext>
                      </a:extLst>
                    </pic:cNvPr>
                    <pic:cNvPicPr>
                      <a:picLocks noGrp="1" noChangeAspect="1"/>
                    </pic:cNvPicPr>
                  </pic:nvPicPr>
                  <pic:blipFill>
                    <a:blip r:embed="rId9" cstate="screen">
                      <a:extLst>
                        <a:ext uri="{28A0092B-C50C-407E-A947-70E740481C1C}">
                          <a14:useLocalDpi xmlns:a14="http://schemas.microsoft.com/office/drawing/2010/main"/>
                        </a:ext>
                      </a:extLst>
                    </a:blip>
                    <a:srcRect/>
                    <a:stretch>
                      <a:fillRect/>
                    </a:stretch>
                  </pic:blipFill>
                  <pic:spPr>
                    <a:xfrm>
                      <a:off x="0" y="0"/>
                      <a:ext cx="712470" cy="862965"/>
                    </a:xfrm>
                    <a:prstGeom prst="rect">
                      <a:avLst/>
                    </a:prstGeom>
                    <a:solidFill>
                      <a:srgbClr val="E12744"/>
                    </a:solidFill>
                  </pic:spPr>
                </pic:pic>
              </a:graphicData>
            </a:graphic>
            <wp14:sizeRelH relativeFrom="page">
              <wp14:pctWidth>0</wp14:pctWidth>
            </wp14:sizeRelH>
            <wp14:sizeRelV relativeFrom="page">
              <wp14:pctHeight>0</wp14:pctHeight>
            </wp14:sizeRelV>
          </wp:anchor>
        </w:drawing>
      </w:r>
      <w:r w:rsidR="00711CE1" w:rsidRPr="009D2D1C">
        <w:rPr>
          <w:rFonts w:asciiTheme="majorHAnsi" w:hAnsiTheme="majorHAnsi" w:cstheme="majorHAnsi"/>
        </w:rPr>
        <w:t>Project Manager</w:t>
      </w:r>
      <w:r w:rsidRPr="009D2D1C">
        <w:rPr>
          <w:rFonts w:asciiTheme="majorHAnsi" w:hAnsiTheme="majorHAnsi" w:cstheme="majorHAnsi"/>
        </w:rPr>
        <w:t>, UDL &amp; Inclusive Education​</w:t>
      </w:r>
      <w:r w:rsidR="00711CE1" w:rsidRPr="009D2D1C">
        <w:rPr>
          <w:rFonts w:asciiTheme="majorHAnsi" w:hAnsiTheme="majorHAnsi" w:cstheme="majorHAnsi"/>
        </w:rPr>
        <w:t>: Bec Inwood</w:t>
      </w:r>
    </w:p>
    <w:p w14:paraId="6F9FCA68" w14:textId="1B275638" w:rsidR="009D2D1C" w:rsidRPr="009D2D1C" w:rsidRDefault="009D2D1C" w:rsidP="009D2D1C">
      <w:pPr>
        <w:rPr>
          <w:rFonts w:asciiTheme="majorHAnsi" w:hAnsiTheme="majorHAnsi" w:cstheme="majorHAnsi"/>
          <w:lang w:val="en-AU"/>
        </w:rPr>
      </w:pPr>
      <w:r w:rsidRPr="009D2D1C">
        <w:rPr>
          <w:rFonts w:asciiTheme="majorHAnsi" w:hAnsiTheme="majorHAnsi" w:cstheme="majorHAnsi"/>
        </w:rPr>
        <w:t>(UDL specialist &amp; Pilot lead)</w:t>
      </w:r>
    </w:p>
    <w:p w14:paraId="6024DD02" w14:textId="1DD30E42" w:rsidR="009D2D1C" w:rsidRPr="009D2D1C" w:rsidRDefault="009D2D1C" w:rsidP="009D2D1C">
      <w:pPr>
        <w:rPr>
          <w:rFonts w:asciiTheme="majorHAnsi" w:hAnsiTheme="majorHAnsi" w:cstheme="majorHAnsi"/>
          <w:lang w:val="en-AU"/>
        </w:rPr>
      </w:pPr>
      <w:r w:rsidRPr="009D2D1C">
        <w:rPr>
          <w:rFonts w:asciiTheme="majorHAnsi" w:hAnsiTheme="majorHAnsi" w:cstheme="majorHAnsi"/>
        </w:rPr>
        <w:t>bec.inwood@murdoch.edu.au</w:t>
      </w:r>
    </w:p>
    <w:p w14:paraId="7D92996D" w14:textId="2BFF0C2C" w:rsidR="009D2D1C" w:rsidRPr="009D2D1C" w:rsidRDefault="009D2D1C">
      <w:pPr>
        <w:rPr>
          <w:rFonts w:asciiTheme="majorHAnsi" w:hAnsiTheme="majorHAnsi" w:cstheme="majorHAnsi"/>
        </w:rPr>
      </w:pPr>
      <w:r w:rsidRPr="009D2D1C">
        <w:rPr>
          <w:rFonts w:asciiTheme="majorHAnsi" w:hAnsiTheme="majorHAnsi" w:cstheme="majorHAnsi"/>
          <w:noProof/>
        </w:rPr>
        <w:drawing>
          <wp:anchor distT="0" distB="0" distL="114300" distR="114300" simplePos="0" relativeHeight="251347456" behindDoc="0" locked="0" layoutInCell="1" allowOverlap="1" wp14:anchorId="526A3091" wp14:editId="684F8A45">
            <wp:simplePos x="0" y="0"/>
            <wp:positionH relativeFrom="column">
              <wp:posOffset>3644900</wp:posOffset>
            </wp:positionH>
            <wp:positionV relativeFrom="paragraph">
              <wp:posOffset>164465</wp:posOffset>
            </wp:positionV>
            <wp:extent cx="760095" cy="920750"/>
            <wp:effectExtent l="0" t="0" r="1905" b="0"/>
            <wp:wrapNone/>
            <wp:docPr id="17" name="Picture Placeholder 16" descr="Photo of Caroline Browne. Blonde hair, light skin, wearing black shirt with spots.">
              <a:extLst xmlns:a="http://schemas.openxmlformats.org/drawingml/2006/main">
                <a:ext uri="{FF2B5EF4-FFF2-40B4-BE49-F238E27FC236}">
                  <a16:creationId xmlns:a16="http://schemas.microsoft.com/office/drawing/2014/main" id="{6B65544F-9089-DE06-A5A9-BC7A56D4516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Picture Placeholder 16" descr="Photo of Caroline Browne. Blonde hair, light skin, wearing black shirt with spots.">
                      <a:extLst>
                        <a:ext uri="{FF2B5EF4-FFF2-40B4-BE49-F238E27FC236}">
                          <a16:creationId xmlns:a16="http://schemas.microsoft.com/office/drawing/2014/main" id="{6B65544F-9089-DE06-A5A9-BC7A56D45169}"/>
                        </a:ext>
                      </a:extLst>
                    </pic:cNvPr>
                    <pic:cNvPicPr>
                      <a:picLocks noGrp="1" noChangeAspect="1"/>
                    </pic:cNvPicPr>
                  </pic:nvPicPr>
                  <pic:blipFill>
                    <a:blip r:embed="rId10" cstate="screen">
                      <a:extLst>
                        <a:ext uri="{28A0092B-C50C-407E-A947-70E740481C1C}">
                          <a14:useLocalDpi xmlns:a14="http://schemas.microsoft.com/office/drawing/2010/main"/>
                        </a:ext>
                      </a:extLst>
                    </a:blip>
                    <a:srcRect/>
                    <a:stretch/>
                  </pic:blipFill>
                  <pic:spPr>
                    <a:xfrm>
                      <a:off x="0" y="0"/>
                      <a:ext cx="760095" cy="920750"/>
                    </a:xfrm>
                    <a:prstGeom prst="rect">
                      <a:avLst/>
                    </a:prstGeom>
                    <a:solidFill>
                      <a:srgbClr val="E12744"/>
                    </a:solidFill>
                  </pic:spPr>
                </pic:pic>
              </a:graphicData>
            </a:graphic>
          </wp:anchor>
        </w:drawing>
      </w:r>
    </w:p>
    <w:p w14:paraId="4AE4FC2F" w14:textId="4F502F51" w:rsidR="009D2D1C" w:rsidRPr="009D2D1C" w:rsidRDefault="00711CE1">
      <w:pPr>
        <w:rPr>
          <w:rFonts w:asciiTheme="majorHAnsi" w:hAnsiTheme="majorHAnsi" w:cstheme="majorHAnsi"/>
        </w:rPr>
      </w:pPr>
      <w:r w:rsidRPr="009D2D1C">
        <w:rPr>
          <w:rFonts w:asciiTheme="majorHAnsi" w:hAnsiTheme="majorHAnsi" w:cstheme="majorHAnsi"/>
        </w:rPr>
        <w:t>Associate Professor</w:t>
      </w:r>
      <w:r w:rsidR="009D2D1C">
        <w:rPr>
          <w:rFonts w:asciiTheme="majorHAnsi" w:hAnsiTheme="majorHAnsi" w:cstheme="majorHAnsi"/>
        </w:rPr>
        <w:t>:</w:t>
      </w:r>
      <w:r w:rsidRPr="009D2D1C">
        <w:rPr>
          <w:rFonts w:asciiTheme="majorHAnsi" w:hAnsiTheme="majorHAnsi" w:cstheme="majorHAnsi"/>
        </w:rPr>
        <w:t xml:space="preserve"> Caroline Browne; </w:t>
      </w:r>
    </w:p>
    <w:p w14:paraId="145B4A5A" w14:textId="77777777" w:rsidR="009D2D1C" w:rsidRPr="009D2D1C" w:rsidRDefault="009D2D1C" w:rsidP="009D2D1C">
      <w:pPr>
        <w:rPr>
          <w:rFonts w:asciiTheme="majorHAnsi" w:hAnsiTheme="majorHAnsi" w:cstheme="majorHAnsi"/>
          <w:lang w:val="en-AU"/>
        </w:rPr>
      </w:pPr>
      <w:r w:rsidRPr="009D2D1C">
        <w:rPr>
          <w:rFonts w:asciiTheme="majorHAnsi" w:hAnsiTheme="majorHAnsi" w:cstheme="majorHAnsi"/>
        </w:rPr>
        <w:t>(Pilot lead)</w:t>
      </w:r>
    </w:p>
    <w:p w14:paraId="446C63AA" w14:textId="5DB6CE75" w:rsidR="009D2D1C" w:rsidRPr="009D2D1C" w:rsidRDefault="009D2D1C">
      <w:pPr>
        <w:rPr>
          <w:rFonts w:asciiTheme="majorHAnsi" w:hAnsiTheme="majorHAnsi" w:cstheme="majorHAnsi"/>
          <w:lang w:val="en-AU"/>
        </w:rPr>
      </w:pPr>
      <w:r w:rsidRPr="009D2D1C">
        <w:rPr>
          <w:rFonts w:asciiTheme="majorHAnsi" w:hAnsiTheme="majorHAnsi" w:cstheme="majorHAnsi"/>
          <w:noProof/>
        </w:rPr>
        <w:drawing>
          <wp:anchor distT="0" distB="0" distL="114300" distR="114300" simplePos="0" relativeHeight="251350528" behindDoc="0" locked="0" layoutInCell="1" allowOverlap="1" wp14:anchorId="0AC4D6A6" wp14:editId="7E2B9066">
            <wp:simplePos x="0" y="0"/>
            <wp:positionH relativeFrom="column">
              <wp:posOffset>3651250</wp:posOffset>
            </wp:positionH>
            <wp:positionV relativeFrom="paragraph">
              <wp:posOffset>248920</wp:posOffset>
            </wp:positionV>
            <wp:extent cx="1131304" cy="723900"/>
            <wp:effectExtent l="0" t="0" r="0" b="0"/>
            <wp:wrapNone/>
            <wp:docPr id="19" name="Picture Placeholder 18" descr="Group photo of School of Nursing">
              <a:extLst xmlns:a="http://schemas.openxmlformats.org/drawingml/2006/main">
                <a:ext uri="{FF2B5EF4-FFF2-40B4-BE49-F238E27FC236}">
                  <a16:creationId xmlns:a16="http://schemas.microsoft.com/office/drawing/2014/main" id="{E663A312-D6C6-4E1C-C755-A096B72E941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 name="Picture Placeholder 18" descr="Group photo of School of Nursing">
                      <a:extLst>
                        <a:ext uri="{FF2B5EF4-FFF2-40B4-BE49-F238E27FC236}">
                          <a16:creationId xmlns:a16="http://schemas.microsoft.com/office/drawing/2014/main" id="{E663A312-D6C6-4E1C-C755-A096B72E9413}"/>
                        </a:ext>
                      </a:extLst>
                    </pic:cNvPr>
                    <pic:cNvPicPr>
                      <a:picLocks noGrp="1" noChangeAspect="1"/>
                    </pic:cNvPicPr>
                  </pic:nvPicPr>
                  <pic:blipFill>
                    <a:blip r:embed="rId11" cstate="screen">
                      <a:extLst>
                        <a:ext uri="{28A0092B-C50C-407E-A947-70E740481C1C}">
                          <a14:useLocalDpi xmlns:a14="http://schemas.microsoft.com/office/drawing/2010/main"/>
                        </a:ext>
                      </a:extLst>
                    </a:blip>
                    <a:srcRect/>
                    <a:stretch/>
                  </pic:blipFill>
                  <pic:spPr>
                    <a:xfrm>
                      <a:off x="0" y="0"/>
                      <a:ext cx="1131304" cy="723900"/>
                    </a:xfrm>
                    <a:prstGeom prst="rect">
                      <a:avLst/>
                    </a:prstGeom>
                    <a:solidFill>
                      <a:srgbClr val="E12744"/>
                    </a:solidFill>
                  </pic:spPr>
                </pic:pic>
              </a:graphicData>
            </a:graphic>
            <wp14:sizeRelH relativeFrom="page">
              <wp14:pctWidth>0</wp14:pctWidth>
            </wp14:sizeRelH>
            <wp14:sizeRelV relativeFrom="page">
              <wp14:pctHeight>0</wp14:pctHeight>
            </wp14:sizeRelV>
          </wp:anchor>
        </w:drawing>
      </w:r>
      <w:hyperlink r:id="rId12" w:history="1">
        <w:r w:rsidRPr="009D2D1C">
          <w:rPr>
            <w:rStyle w:val="Hyperlink"/>
            <w:rFonts w:asciiTheme="majorHAnsi" w:hAnsiTheme="majorHAnsi" w:cstheme="majorHAnsi"/>
          </w:rPr>
          <w:t>c.browne@murdoch.edu.au</w:t>
        </w:r>
      </w:hyperlink>
      <w:r w:rsidRPr="009D2D1C">
        <w:rPr>
          <w:rFonts w:asciiTheme="majorHAnsi" w:hAnsiTheme="majorHAnsi" w:cstheme="majorHAnsi"/>
        </w:rPr>
        <w:t> </w:t>
      </w:r>
    </w:p>
    <w:p w14:paraId="35CE8850" w14:textId="77777777" w:rsidR="009D2D1C" w:rsidRDefault="009D2D1C">
      <w:pPr>
        <w:rPr>
          <w:rFonts w:asciiTheme="majorHAnsi" w:hAnsiTheme="majorHAnsi" w:cstheme="majorHAnsi"/>
        </w:rPr>
      </w:pPr>
    </w:p>
    <w:p w14:paraId="7A81AE42" w14:textId="491B4262" w:rsidR="00F414E1" w:rsidRPr="009D2D1C" w:rsidRDefault="00711CE1">
      <w:pPr>
        <w:rPr>
          <w:rFonts w:asciiTheme="majorHAnsi" w:hAnsiTheme="majorHAnsi" w:cstheme="majorHAnsi"/>
        </w:rPr>
      </w:pPr>
      <w:r w:rsidRPr="009D2D1C">
        <w:rPr>
          <w:rFonts w:asciiTheme="majorHAnsi" w:hAnsiTheme="majorHAnsi" w:cstheme="majorHAnsi"/>
        </w:rPr>
        <w:t xml:space="preserve">19 Nursing Academics, School of Nursing. </w:t>
      </w:r>
    </w:p>
    <w:p w14:paraId="5C0720FF" w14:textId="6E57E242" w:rsidR="00F414E1" w:rsidRPr="009D2D1C" w:rsidRDefault="00711CE1">
      <w:pPr>
        <w:pStyle w:val="Heading1"/>
        <w:rPr>
          <w:rFonts w:cstheme="majorHAnsi"/>
        </w:rPr>
      </w:pPr>
      <w:bookmarkStart w:id="1" w:name="_Toc231831315"/>
      <w:r w:rsidRPr="009D2D1C">
        <w:rPr>
          <w:rFonts w:cstheme="majorHAnsi"/>
        </w:rPr>
        <w:t>Objectives</w:t>
      </w:r>
      <w:bookmarkEnd w:id="1"/>
    </w:p>
    <w:p w14:paraId="086589C5" w14:textId="563EA32E" w:rsidR="009D2D1C" w:rsidRPr="009D2D1C" w:rsidRDefault="009D2D1C" w:rsidP="009D2D1C">
      <w:pPr>
        <w:numPr>
          <w:ilvl w:val="0"/>
          <w:numId w:val="10"/>
        </w:numPr>
        <w:rPr>
          <w:rFonts w:asciiTheme="majorHAnsi" w:hAnsiTheme="majorHAnsi" w:cstheme="majorHAnsi"/>
          <w:lang w:val="en-AU"/>
        </w:rPr>
      </w:pPr>
      <w:r w:rsidRPr="009D2D1C">
        <w:rPr>
          <w:rFonts w:asciiTheme="majorHAnsi" w:hAnsiTheme="majorHAnsi" w:cstheme="majorHAnsi"/>
          <w:lang w:val="en-AU"/>
        </w:rPr>
        <w:t xml:space="preserve">Discover a collaborative model, including key enablers, for supporting academic staff to embed UDL principles across an undergraduate curriculum </w:t>
      </w:r>
    </w:p>
    <w:p w14:paraId="3A62EFE2" w14:textId="77777777" w:rsidR="009D2D1C" w:rsidRPr="009D2D1C" w:rsidRDefault="009D2D1C" w:rsidP="009D2D1C">
      <w:pPr>
        <w:numPr>
          <w:ilvl w:val="0"/>
          <w:numId w:val="10"/>
        </w:numPr>
        <w:rPr>
          <w:rFonts w:asciiTheme="majorHAnsi" w:hAnsiTheme="majorHAnsi" w:cstheme="majorHAnsi"/>
          <w:lang w:val="en-AU"/>
        </w:rPr>
      </w:pPr>
      <w:r w:rsidRPr="009D2D1C">
        <w:rPr>
          <w:rFonts w:asciiTheme="majorHAnsi" w:hAnsiTheme="majorHAnsi" w:cstheme="majorHAnsi"/>
          <w:lang w:val="en-AU"/>
        </w:rPr>
        <w:t xml:space="preserve">Reflect on how the collaborative model may be adapted to your own context. </w:t>
      </w:r>
    </w:p>
    <w:p w14:paraId="735C04BB" w14:textId="2F7FD0BA" w:rsidR="00F414E1" w:rsidRPr="009D2D1C" w:rsidRDefault="00711CE1" w:rsidP="009D2D1C">
      <w:pPr>
        <w:pStyle w:val="Heading1"/>
      </w:pPr>
      <w:bookmarkStart w:id="2" w:name="_Toc231831316"/>
      <w:r w:rsidRPr="009D2D1C">
        <w:t>On a scale of Alpaca</w:t>
      </w:r>
      <w:bookmarkEnd w:id="2"/>
    </w:p>
    <w:p w14:paraId="691D5C10" w14:textId="2A4EBF48" w:rsidR="009D2D1C" w:rsidRPr="000436AC" w:rsidRDefault="0024155E" w:rsidP="000436AC">
      <w:pPr>
        <w:rPr>
          <w:rFonts w:asciiTheme="majorHAnsi" w:hAnsiTheme="majorHAnsi" w:cstheme="majorHAnsi"/>
          <w:lang w:val="en-AU"/>
        </w:rPr>
      </w:pPr>
      <w:r>
        <w:rPr>
          <w:rFonts w:asciiTheme="majorHAnsi" w:hAnsiTheme="majorHAnsi" w:cstheme="majorHAnsi"/>
          <w:noProof/>
          <w:lang w:val="en-AU"/>
        </w:rPr>
        <mc:AlternateContent>
          <mc:Choice Requires="wpg">
            <w:drawing>
              <wp:anchor distT="0" distB="0" distL="114300" distR="114300" simplePos="0" relativeHeight="251929088" behindDoc="0" locked="0" layoutInCell="1" allowOverlap="1" wp14:anchorId="629AB0DA" wp14:editId="04A662DE">
                <wp:simplePos x="0" y="0"/>
                <wp:positionH relativeFrom="column">
                  <wp:posOffset>229479</wp:posOffset>
                </wp:positionH>
                <wp:positionV relativeFrom="paragraph">
                  <wp:posOffset>816219</wp:posOffset>
                </wp:positionV>
                <wp:extent cx="5916930" cy="1020445"/>
                <wp:effectExtent l="0" t="0" r="7620" b="8255"/>
                <wp:wrapThrough wrapText="bothSides">
                  <wp:wrapPolygon edited="0">
                    <wp:start x="0" y="0"/>
                    <wp:lineTo x="0" y="21371"/>
                    <wp:lineTo x="8901" y="21371"/>
                    <wp:lineTo x="12865" y="21371"/>
                    <wp:lineTo x="21558" y="20565"/>
                    <wp:lineTo x="21558" y="0"/>
                    <wp:lineTo x="0" y="0"/>
                  </wp:wrapPolygon>
                </wp:wrapThrough>
                <wp:docPr id="111019602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16930" cy="1020445"/>
                          <a:chOff x="0" y="0"/>
                          <a:chExt cx="11809730" cy="2207895"/>
                        </a:xfrm>
                      </wpg:grpSpPr>
                      <pic:pic xmlns:pic="http://schemas.openxmlformats.org/drawingml/2006/picture">
                        <pic:nvPicPr>
                          <pic:cNvPr id="1127155957" name="Picture 4" descr="Alpaca 1: Not even close to close. alpaca looks harassed and exhausted. ">
                            <a:extLst>
                              <a:ext uri="{FF2B5EF4-FFF2-40B4-BE49-F238E27FC236}">
                                <a16:creationId xmlns:a16="http://schemas.microsoft.com/office/drawing/2014/main" id="{8E57DB31-A93F-4B91-A683-BB61B6630E03}"/>
                              </a:ext>
                            </a:extLst>
                          </pic:cNvPr>
                          <pic:cNvPicPr>
                            <a:picLocks noChangeAspect="1"/>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12700"/>
                            <a:ext cx="2517140" cy="2182495"/>
                          </a:xfrm>
                          <a:prstGeom prst="rect">
                            <a:avLst/>
                          </a:prstGeom>
                          <a:solidFill>
                            <a:srgbClr val="FFFFFF"/>
                          </a:solidFill>
                        </pic:spPr>
                      </pic:pic>
                      <pic:pic xmlns:pic="http://schemas.openxmlformats.org/drawingml/2006/picture">
                        <pic:nvPicPr>
                          <pic:cNvPr id="694147902" name="Picture 4" descr="Alpaca 2: Not much interest. Alpaca sticking out tongue">
                            <a:extLst>
                              <a:ext uri="{FF2B5EF4-FFF2-40B4-BE49-F238E27FC236}">
                                <a16:creationId xmlns:a16="http://schemas.microsoft.com/office/drawing/2014/main" id="{1826716C-389A-34EC-5E3E-6E3425AB3AD9}"/>
                              </a:ext>
                            </a:extLst>
                          </pic:cNvPr>
                          <pic:cNvPicPr>
                            <a:picLocks noChangeAspect="1"/>
                          </pic:cNvPicPr>
                        </pic:nvPicPr>
                        <pic:blipFill rotWithShape="1">
                          <a:blip r:embed="rId14">
                            <a:extLst>
                              <a:ext uri="{28A0092B-C50C-407E-A947-70E740481C1C}">
                                <a14:useLocalDpi xmlns:a14="http://schemas.microsoft.com/office/drawing/2010/main" val="0"/>
                              </a:ext>
                            </a:extLst>
                          </a:blip>
                          <a:srcRect t="18249" r="67370" b="54556"/>
                          <a:stretch>
                            <a:fillRect/>
                          </a:stretch>
                        </pic:blipFill>
                        <pic:spPr bwMode="auto">
                          <a:xfrm>
                            <a:off x="2482850" y="50800"/>
                            <a:ext cx="2332990" cy="2142490"/>
                          </a:xfrm>
                          <a:prstGeom prst="rect">
                            <a:avLst/>
                          </a:prstGeom>
                          <a:solidFill>
                            <a:srgbClr val="FFFFFF"/>
                          </a:solidFill>
                        </pic:spPr>
                      </pic:pic>
                      <pic:pic xmlns:pic="http://schemas.openxmlformats.org/drawingml/2006/picture">
                        <pic:nvPicPr>
                          <pic:cNvPr id="137092354" name="Picture 4" descr="Alpaca 3: too many other things going on. alpaca has a messy mop of hair completely covering eyes">
                            <a:extLst>
                              <a:ext uri="{FF2B5EF4-FFF2-40B4-BE49-F238E27FC236}">
                                <a16:creationId xmlns:a16="http://schemas.microsoft.com/office/drawing/2014/main" id="{5BBE3660-4B5C-5A04-4F74-CB19E2C705B7}"/>
                              </a:ext>
                            </a:extLst>
                          </pic:cNvPr>
                          <pic:cNvPicPr>
                            <a:picLocks noChangeAspect="1"/>
                          </pic:cNvPicPr>
                        </pic:nvPicPr>
                        <pic:blipFill rotWithShape="1">
                          <a:blip r:embed="rId14">
                            <a:extLst>
                              <a:ext uri="{28A0092B-C50C-407E-A947-70E740481C1C}">
                                <a14:useLocalDpi xmlns:a14="http://schemas.microsoft.com/office/drawing/2010/main" val="0"/>
                              </a:ext>
                            </a:extLst>
                          </a:blip>
                          <a:srcRect l="64498" t="16621" r="6117" b="54556"/>
                          <a:stretch>
                            <a:fillRect/>
                          </a:stretch>
                        </pic:blipFill>
                        <pic:spPr bwMode="auto">
                          <a:xfrm>
                            <a:off x="4946650" y="12700"/>
                            <a:ext cx="2031365" cy="2195195"/>
                          </a:xfrm>
                          <a:prstGeom prst="rect">
                            <a:avLst/>
                          </a:prstGeom>
                          <a:solidFill>
                            <a:srgbClr val="FFFFFF"/>
                          </a:solidFill>
                        </pic:spPr>
                      </pic:pic>
                      <pic:pic xmlns:pic="http://schemas.openxmlformats.org/drawingml/2006/picture">
                        <pic:nvPicPr>
                          <pic:cNvPr id="2057053084" name="Picture 4" descr="Alpaca 4: interest has been shown or is growing. 2 young alpacas in close up smiling at camera">
                            <a:extLst>
                              <a:ext uri="{FF2B5EF4-FFF2-40B4-BE49-F238E27FC236}">
                                <a16:creationId xmlns:a16="http://schemas.microsoft.com/office/drawing/2014/main" id="{4FB9449E-C028-405D-F140-FEEC2E39CCBA}"/>
                              </a:ext>
                            </a:extLst>
                          </pic:cNvPr>
                          <pic:cNvPicPr>
                            <a:picLocks noChangeAspect="1"/>
                          </pic:cNvPicPr>
                        </pic:nvPicPr>
                        <pic:blipFill rotWithShape="1">
                          <a:blip r:embed="rId14">
                            <a:extLst>
                              <a:ext uri="{28A0092B-C50C-407E-A947-70E740481C1C}">
                                <a14:useLocalDpi xmlns:a14="http://schemas.microsoft.com/office/drawing/2010/main" val="0"/>
                              </a:ext>
                            </a:extLst>
                          </a:blip>
                          <a:srcRect l="63362" t="46032" r="4008" b="28295"/>
                          <a:stretch>
                            <a:fillRect/>
                          </a:stretch>
                        </pic:blipFill>
                        <pic:spPr bwMode="auto">
                          <a:xfrm>
                            <a:off x="7156450" y="0"/>
                            <a:ext cx="2428875" cy="2117725"/>
                          </a:xfrm>
                          <a:prstGeom prst="rect">
                            <a:avLst/>
                          </a:prstGeom>
                          <a:solidFill>
                            <a:srgbClr val="FFFFFF"/>
                          </a:solidFill>
                        </pic:spPr>
                      </pic:pic>
                      <pic:pic xmlns:pic="http://schemas.openxmlformats.org/drawingml/2006/picture">
                        <pic:nvPicPr>
                          <pic:cNvPr id="828192551" name="Picture 4" descr="Alpaca 5: It is happening. Prancing alpaca.">
                            <a:extLst>
                              <a:ext uri="{FF2B5EF4-FFF2-40B4-BE49-F238E27FC236}">
                                <a16:creationId xmlns:a16="http://schemas.microsoft.com/office/drawing/2014/main" id="{07939090-74DC-6B90-DA9C-F0D00B22A12E}"/>
                              </a:ext>
                            </a:extLst>
                          </pic:cNvPr>
                          <pic:cNvPicPr>
                            <a:picLocks noChangeAspect="1"/>
                          </pic:cNvPicPr>
                        </pic:nvPicPr>
                        <pic:blipFill rotWithShape="1">
                          <a:blip r:embed="rId14">
                            <a:extLst>
                              <a:ext uri="{28A0092B-C50C-407E-A947-70E740481C1C}">
                                <a14:useLocalDpi xmlns:a14="http://schemas.microsoft.com/office/drawing/2010/main" val="0"/>
                              </a:ext>
                            </a:extLst>
                          </a:blip>
                          <a:srcRect l="32373" t="16621" r="37181" b="56647"/>
                          <a:stretch>
                            <a:fillRect/>
                          </a:stretch>
                        </pic:blipFill>
                        <pic:spPr bwMode="auto">
                          <a:xfrm>
                            <a:off x="9652000" y="0"/>
                            <a:ext cx="2157730" cy="2117725"/>
                          </a:xfrm>
                          <a:prstGeom prst="rect">
                            <a:avLst/>
                          </a:prstGeom>
                          <a:solidFill>
                            <a:srgbClr val="FFFFFF"/>
                          </a:solidFill>
                        </pic:spPr>
                      </pic:pic>
                      <pic:pic xmlns:pic="http://schemas.openxmlformats.org/drawingml/2006/picture">
                        <pic:nvPicPr>
                          <pic:cNvPr id="909889914" name="Picture 21">
                            <a:extLst>
                              <a:ext uri="{FF2B5EF4-FFF2-40B4-BE49-F238E27FC236}">
                                <a16:creationId xmlns:a16="http://schemas.microsoft.com/office/drawing/2014/main" id="{4D692083-3B83-CE27-EE6A-282837CD5046}"/>
                              </a:ext>
                              <a:ext uri="{C183D7F6-B498-43B3-948B-1728B52AA6E4}">
                                <adec:decorative xmlns:adec="http://schemas.microsoft.com/office/drawing/2017/decorative" val="1"/>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609850" y="0"/>
                            <a:ext cx="459740" cy="495935"/>
                          </a:xfrm>
                          <a:prstGeom prst="rect">
                            <a:avLst/>
                          </a:prstGeom>
                        </pic:spPr>
                      </pic:pic>
                      <pic:pic xmlns:pic="http://schemas.openxmlformats.org/drawingml/2006/picture">
                        <pic:nvPicPr>
                          <pic:cNvPr id="957078046" name="Picture 23">
                            <a:extLst>
                              <a:ext uri="{FF2B5EF4-FFF2-40B4-BE49-F238E27FC236}">
                                <a16:creationId xmlns:a16="http://schemas.microsoft.com/office/drawing/2014/main" id="{1A889602-45BA-1C15-7B70-6AF88129669D}"/>
                              </a:ext>
                              <a:ext uri="{C183D7F6-B498-43B3-948B-1728B52AA6E4}">
                                <adec:decorative xmlns:adec="http://schemas.microsoft.com/office/drawing/2017/decorative" val="1"/>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4953000" y="25400"/>
                            <a:ext cx="459740" cy="495935"/>
                          </a:xfrm>
                          <a:prstGeom prst="rect">
                            <a:avLst/>
                          </a:prstGeom>
                        </pic:spPr>
                      </pic:pic>
                      <pic:pic xmlns:pic="http://schemas.openxmlformats.org/drawingml/2006/picture">
                        <pic:nvPicPr>
                          <pic:cNvPr id="1815709391" name="Picture 25">
                            <a:extLst>
                              <a:ext uri="{FF2B5EF4-FFF2-40B4-BE49-F238E27FC236}">
                                <a16:creationId xmlns:a16="http://schemas.microsoft.com/office/drawing/2014/main" id="{5300C362-1949-4F9E-9D13-182B4837676F}"/>
                              </a:ext>
                              <a:ext uri="{C183D7F6-B498-43B3-948B-1728B52AA6E4}">
                                <adec:decorative xmlns:adec="http://schemas.microsoft.com/office/drawing/2017/decorative" val="1"/>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7226300" y="0"/>
                            <a:ext cx="534035" cy="582295"/>
                          </a:xfrm>
                          <a:prstGeom prst="rect">
                            <a:avLst/>
                          </a:prstGeom>
                        </pic:spPr>
                      </pic:pic>
                      <pic:pic xmlns:pic="http://schemas.openxmlformats.org/drawingml/2006/picture">
                        <pic:nvPicPr>
                          <pic:cNvPr id="216646738" name="Picture 27">
                            <a:extLst>
                              <a:ext uri="{FF2B5EF4-FFF2-40B4-BE49-F238E27FC236}">
                                <a16:creationId xmlns:a16="http://schemas.microsoft.com/office/drawing/2014/main" id="{6ECFEAF9-84A4-1AF0-5357-4A63F3347B7C}"/>
                              </a:ext>
                              <a:ext uri="{C183D7F6-B498-43B3-948B-1728B52AA6E4}">
                                <adec:decorative xmlns:adec="http://schemas.microsoft.com/office/drawing/2017/decorative" val="1"/>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9842500" y="25400"/>
                            <a:ext cx="459740" cy="495935"/>
                          </a:xfrm>
                          <a:prstGeom prst="rect">
                            <a:avLst/>
                          </a:prstGeom>
                        </pic:spPr>
                      </pic:pic>
                      <pic:pic xmlns:pic="http://schemas.openxmlformats.org/drawingml/2006/picture">
                        <pic:nvPicPr>
                          <pic:cNvPr id="307866524" name="Picture 34">
                            <a:extLst>
                              <a:ext uri="{FF2B5EF4-FFF2-40B4-BE49-F238E27FC236}">
                                <a16:creationId xmlns:a16="http://schemas.microsoft.com/office/drawing/2014/main" id="{22C1F231-7723-9BED-D75E-B5D3A3CB9A18}"/>
                              </a:ext>
                              <a:ext uri="{C183D7F6-B498-43B3-948B-1728B52AA6E4}">
                                <adec:decorative xmlns:adec="http://schemas.microsoft.com/office/drawing/2017/decorative" val="1"/>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76200" y="12700"/>
                            <a:ext cx="495935" cy="5232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6A46BAA" id="Group 1" o:spid="_x0000_s1026" alt="&quot;&quot;" style="position:absolute;margin-left:18.05pt;margin-top:64.25pt;width:465.9pt;height:80.35pt;z-index:251929088;mso-width-relative:margin;mso-height-relative:margin" coordsize="118097,220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lpaca 1: Not even close to close. alpaca looks harassed and exhausted. " style="position:absolute;top:127;width:25171;height:21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" filled="t">
                  <v:imagedata r:id="rId20" o:title=" Not even close to close. alpaca looks harassed and exhausted" croptop="47225f" cropbottom="1486f" cropleft="1341f" cropright="42810f"/>
                </v:shape>
                <v:shape id="Picture 4" o:spid="_x0000_s1028" type="#_x0000_t75" alt="Alpaca 2: Not much interest. Alpaca sticking out tongue" style="position:absolute;left:24828;top:508;width:23330;height:21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" filled="t">
                  <v:imagedata r:id="rId20" o:title=" Not much interest" croptop="11960f" cropbottom="35754f" cropright="44152f"/>
                </v:shape>
                <v:shape id="Picture 4" o:spid="_x0000_s1029" type="#_x0000_t75" alt="Alpaca 3: too many other things going on. alpaca has a messy mop of hair completely covering eyes" style="position:absolute;left:49466;top:127;width:20314;height:2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" filled="t">
                  <v:imagedata r:id="rId20" o:title=" too many other things going on" croptop="10893f" cropbottom="35754f" cropleft="42269f" cropright="4009f"/>
                </v:shape>
                <v:shape id="Picture 4" o:spid="_x0000_s1030" type="#_x0000_t75" alt="Alpaca 4: interest has been shown or is growing. 2 young alpacas in close up smiling at camera" style="position:absolute;left:71564;width:24289;height:21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" filled="t">
                  <v:imagedata r:id="rId20" o:title=" interest has been shown or is growing" croptop="30168f" cropbottom="18543f" cropleft="41525f" cropright="2627f"/>
                </v:shape>
                <v:shape id="Picture 4" o:spid="_x0000_s1031" type="#_x0000_t75" alt="Alpaca 5: It is happening. Prancing alpaca." style="position:absolute;left:96520;width:21577;height:21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" filled="t">
                  <v:imagedata r:id="rId20" o:title=" It is happening. Prancing alpaca" croptop="10893f" cropbottom="37124f" cropleft="21216f" cropright="24367f"/>
                </v:shape>
                <v:shape id="Picture 21" o:spid="_x0000_s1032" type="#_x0000_t75" alt="&quot;&quot;" style="position:absolute;left:26098;width:4597;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">
                  <v:imagedata r:id="rId21" o:title=""/>
                </v:shape>
                <v:shape id="Picture 23" o:spid="_x0000_s1033" type="#_x0000_t75" alt="&quot;&quot;" style="position:absolute;left:49530;top:254;width:4597;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">
                  <v:imagedata r:id="rId22" o:title=""/>
                </v:shape>
                <v:shape id="Picture 25" o:spid="_x0000_s1034" type="#_x0000_t75" alt="&quot;&quot;" style="position:absolute;left:72263;width:5340;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">
                  <v:imagedata r:id="rId23" o:title=""/>
                </v:shape>
                <v:shape id="Picture 27" o:spid="_x0000_s1035" type="#_x0000_t75" alt="&quot;&quot;" style="position:absolute;left:98425;top:254;width:4597;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">
                  <v:imagedata r:id="rId24" o:title=""/>
                </v:shape>
                <v:shape id="Picture 34" o:spid="_x0000_s1036" type="#_x0000_t75" alt="&quot;&quot;" style="position:absolute;left:762;top:127;width:4959;height:5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">
                  <v:imagedata r:id="rId25" o:title=""/>
                </v:shape>
                <w10:wrap type="through"/>
              </v:group>
            </w:pict>
          </mc:Fallback>
        </mc:AlternateContent>
      </w:r>
      <w:r w:rsidRPr="000436AC">
        <w:rPr>
          <w:rFonts w:asciiTheme="majorHAnsi" w:hAnsiTheme="majorHAnsi" w:cstheme="majorHAnsi"/>
          <w:noProof/>
        </w:rPr>
        <w:drawing>
          <wp:anchor distT="0" distB="0" distL="114300" distR="114300" simplePos="0" relativeHeight="251946496" behindDoc="0" locked="0" layoutInCell="1" allowOverlap="1" wp14:anchorId="3F29AF46" wp14:editId="4B974106">
            <wp:simplePos x="0" y="0"/>
            <wp:positionH relativeFrom="column">
              <wp:posOffset>5540033</wp:posOffset>
            </wp:positionH>
            <wp:positionV relativeFrom="paragraph">
              <wp:posOffset>-86458</wp:posOffset>
            </wp:positionV>
            <wp:extent cx="779145" cy="779145"/>
            <wp:effectExtent l="0" t="0" r="1905" b="1905"/>
            <wp:wrapSquare wrapText="bothSides"/>
            <wp:docPr id="14" name="Picture 13" descr="QR code to On a scale of Alpaca poll">
              <a:extLst xmlns:a="http://schemas.openxmlformats.org/drawingml/2006/main">
                <a:ext uri="{FF2B5EF4-FFF2-40B4-BE49-F238E27FC236}">
                  <a16:creationId xmlns:a16="http://schemas.microsoft.com/office/drawing/2014/main" id="{ECBAE3AD-EE3F-6966-A260-E40C39916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QR code to On a scale of Alpaca poll">
                      <a:extLst>
                        <a:ext uri="{FF2B5EF4-FFF2-40B4-BE49-F238E27FC236}">
                          <a16:creationId xmlns:a16="http://schemas.microsoft.com/office/drawing/2014/main" id="{ECBAE3AD-EE3F-6966-A260-E40C39916EFB}"/>
                        </a:ext>
                      </a:extLst>
                    </pic:cNvPr>
                    <pic:cNvPicPr>
                      <a:picLocks noChangeAspect="1"/>
                    </pic:cNvPicPr>
                  </pic:nvPicPr>
                  <pic:blipFill>
                    <a:blip r:embed="rId26" cstate="screen">
                      <a:extLst>
                        <a:ext uri="{28A0092B-C50C-407E-A947-70E740481C1C}">
                          <a14:useLocalDpi xmlns:a14="http://schemas.microsoft.com/office/drawing/2010/main"/>
                        </a:ext>
                      </a:extLst>
                    </a:blip>
                    <a:stretch>
                      <a:fillRect/>
                    </a:stretch>
                  </pic:blipFill>
                  <pic:spPr>
                    <a:xfrm flipV="1">
                      <a:off x="0" y="0"/>
                      <a:ext cx="779145" cy="779145"/>
                    </a:xfrm>
                    <a:prstGeom prst="rect">
                      <a:avLst/>
                    </a:prstGeom>
                  </pic:spPr>
                </pic:pic>
              </a:graphicData>
            </a:graphic>
            <wp14:sizeRelH relativeFrom="margin">
              <wp14:pctWidth>0</wp14:pctWidth>
            </wp14:sizeRelH>
            <wp14:sizeRelV relativeFrom="margin">
              <wp14:pctHeight>0</wp14:pctHeight>
            </wp14:sizeRelV>
          </wp:anchor>
        </w:drawing>
      </w:r>
      <w:r w:rsidR="009D2D1C" w:rsidRPr="000436AC">
        <w:rPr>
          <w:rFonts w:asciiTheme="majorHAnsi" w:hAnsiTheme="majorHAnsi" w:cstheme="majorHAnsi"/>
          <w:lang w:val="en-AU"/>
        </w:rPr>
        <w:t xml:space="preserve">How ready do you think your institution is for implementing UDL across a whole course? </w:t>
      </w:r>
    </w:p>
    <w:p w14:paraId="2661C820" w14:textId="7EBB2F93" w:rsidR="009D2D1C" w:rsidRDefault="009D2D1C" w:rsidP="000436AC">
      <w:pPr>
        <w:rPr>
          <w:rFonts w:asciiTheme="majorHAnsi" w:hAnsiTheme="majorHAnsi" w:cstheme="majorHAnsi"/>
        </w:rPr>
      </w:pPr>
      <w:hyperlink r:id="rId27" w:history="1">
        <w:r w:rsidRPr="000436AC">
          <w:rPr>
            <w:rStyle w:val="Hyperlink"/>
            <w:rFonts w:asciiTheme="majorHAnsi" w:hAnsiTheme="majorHAnsi" w:cstheme="majorHAnsi"/>
            <w:lang w:val="en-AU"/>
          </w:rPr>
          <w:t>Menti poll</w:t>
        </w:r>
      </w:hyperlink>
    </w:p>
    <w:p w14:paraId="100385F5" w14:textId="3E6EB7EE" w:rsidR="000436AC" w:rsidRPr="000436AC" w:rsidRDefault="000436AC" w:rsidP="000436AC">
      <w:pPr>
        <w:rPr>
          <w:rFonts w:asciiTheme="majorHAnsi" w:hAnsiTheme="majorHAnsi" w:cstheme="majorHAnsi"/>
          <w:lang w:val="en-AU"/>
        </w:rPr>
      </w:pPr>
    </w:p>
    <w:p w14:paraId="21E2CE1E" w14:textId="1FC6D7BA" w:rsidR="00092BA5" w:rsidRDefault="00092BA5">
      <w:pPr>
        <w:rPr>
          <w:rFonts w:asciiTheme="majorHAnsi" w:eastAsiaTheme="majorEastAsia" w:hAnsiTheme="majorHAnsi" w:cstheme="majorHAnsi"/>
          <w:b/>
          <w:bCs/>
          <w:color w:val="365F91" w:themeColor="accent1" w:themeShade="BF"/>
          <w:sz w:val="28"/>
          <w:szCs w:val="28"/>
        </w:rPr>
      </w:pPr>
      <w:r>
        <w:rPr>
          <w:rFonts w:cstheme="majorHAnsi"/>
        </w:rPr>
        <w:br w:type="page"/>
      </w:r>
    </w:p>
    <w:p w14:paraId="22E83796" w14:textId="28AA21E3" w:rsidR="00F414E1" w:rsidRDefault="00711CE1">
      <w:pPr>
        <w:pStyle w:val="Heading1"/>
        <w:rPr>
          <w:rFonts w:cstheme="majorHAnsi"/>
        </w:rPr>
      </w:pPr>
      <w:bookmarkStart w:id="3" w:name="_Toc231831317"/>
      <w:r w:rsidRPr="009D2D1C">
        <w:rPr>
          <w:rFonts w:cstheme="majorHAnsi"/>
        </w:rPr>
        <w:lastRenderedPageBreak/>
        <w:t>About the pilot</w:t>
      </w:r>
      <w:bookmarkEnd w:id="3"/>
    </w:p>
    <w:p w14:paraId="7BA9E63C" w14:textId="77777777" w:rsidR="000436AC" w:rsidRPr="000436AC" w:rsidRDefault="000436AC" w:rsidP="007207F6">
      <w:pPr>
        <w:spacing w:after="0" w:line="240" w:lineRule="auto"/>
        <w:ind w:left="360"/>
        <w:rPr>
          <w:rFonts w:asciiTheme="majorHAnsi" w:hAnsiTheme="majorHAnsi" w:cstheme="majorHAnsi"/>
          <w:b/>
          <w:bCs/>
        </w:rPr>
      </w:pPr>
      <w:r w:rsidRPr="000436AC">
        <w:rPr>
          <w:rFonts w:asciiTheme="majorHAnsi" w:hAnsiTheme="majorHAnsi" w:cstheme="majorHAnsi"/>
          <w:b/>
          <w:bCs/>
        </w:rPr>
        <w:t xml:space="preserve">2023/2024 </w:t>
      </w:r>
    </w:p>
    <w:p w14:paraId="3FF28D20" w14:textId="1F3AFF7C" w:rsidR="000436AC" w:rsidRPr="000436AC" w:rsidRDefault="000436AC" w:rsidP="00BC7E06">
      <w:pPr>
        <w:pStyle w:val="ListParagraph"/>
        <w:numPr>
          <w:ilvl w:val="0"/>
          <w:numId w:val="14"/>
        </w:numPr>
        <w:spacing w:after="0"/>
        <w:ind w:left="1080"/>
        <w:rPr>
          <w:rFonts w:asciiTheme="majorHAnsi" w:hAnsiTheme="majorHAnsi" w:cstheme="majorHAnsi"/>
        </w:rPr>
      </w:pPr>
      <w:r w:rsidRPr="000436AC">
        <w:rPr>
          <w:rFonts w:asciiTheme="majorHAnsi" w:hAnsiTheme="majorHAnsi" w:cstheme="majorHAnsi"/>
        </w:rPr>
        <w:t>BN course review</w:t>
      </w:r>
    </w:p>
    <w:p w14:paraId="12603949" w14:textId="79072CB3" w:rsidR="000436AC" w:rsidRPr="000436AC" w:rsidRDefault="000436AC" w:rsidP="00C03D88">
      <w:pPr>
        <w:pStyle w:val="ListParagraph"/>
        <w:numPr>
          <w:ilvl w:val="0"/>
          <w:numId w:val="14"/>
        </w:numPr>
        <w:spacing w:after="240"/>
        <w:ind w:left="1077" w:hanging="357"/>
        <w:rPr>
          <w:rFonts w:asciiTheme="majorHAnsi" w:hAnsiTheme="majorHAnsi" w:cstheme="majorHAnsi"/>
        </w:rPr>
      </w:pPr>
      <w:r w:rsidRPr="000436AC">
        <w:rPr>
          <w:rFonts w:asciiTheme="majorHAnsi" w:hAnsiTheme="majorHAnsi" w:cstheme="majorHAnsi"/>
        </w:rPr>
        <w:t>UDL identified as practical approach to improve student wellbeing and course accessibility</w:t>
      </w:r>
    </w:p>
    <w:p w14:paraId="75F43BBC" w14:textId="333B8C6C" w:rsidR="000436AC" w:rsidRPr="000436AC" w:rsidRDefault="000436AC" w:rsidP="007207F6">
      <w:pPr>
        <w:spacing w:after="0" w:line="240" w:lineRule="auto"/>
        <w:ind w:left="360"/>
        <w:rPr>
          <w:rFonts w:asciiTheme="majorHAnsi" w:hAnsiTheme="majorHAnsi" w:cstheme="majorHAnsi"/>
          <w:lang w:val="en-AU"/>
        </w:rPr>
      </w:pPr>
      <w:r w:rsidRPr="000436AC">
        <w:rPr>
          <w:rFonts w:asciiTheme="majorHAnsi" w:hAnsiTheme="majorHAnsi" w:cstheme="majorHAnsi"/>
          <w:b/>
          <w:bCs/>
        </w:rPr>
        <w:t xml:space="preserve">Early 2025 </w:t>
      </w:r>
    </w:p>
    <w:p w14:paraId="35A48266" w14:textId="38E67129" w:rsidR="000436AC" w:rsidRPr="00C03D88" w:rsidRDefault="000436AC" w:rsidP="00C03D88">
      <w:pPr>
        <w:pStyle w:val="ListParagraph"/>
        <w:numPr>
          <w:ilvl w:val="0"/>
          <w:numId w:val="14"/>
        </w:numPr>
        <w:spacing w:after="240"/>
        <w:ind w:left="1077" w:hanging="357"/>
        <w:rPr>
          <w:rFonts w:asciiTheme="majorHAnsi" w:hAnsiTheme="majorHAnsi" w:cstheme="majorHAnsi"/>
        </w:rPr>
      </w:pPr>
      <w:r w:rsidRPr="000436AC">
        <w:rPr>
          <w:rFonts w:asciiTheme="majorHAnsi" w:hAnsiTheme="majorHAnsi" w:cstheme="majorHAnsi"/>
        </w:rPr>
        <w:t>Staff surveyed to guide structure of mentoring pilot</w:t>
      </w:r>
    </w:p>
    <w:p w14:paraId="06DB34B4" w14:textId="665FAEF9" w:rsidR="000436AC" w:rsidRPr="000436AC" w:rsidRDefault="000436AC" w:rsidP="007207F6">
      <w:pPr>
        <w:spacing w:after="0" w:line="240" w:lineRule="auto"/>
        <w:ind w:left="360"/>
        <w:rPr>
          <w:rFonts w:asciiTheme="majorHAnsi" w:hAnsiTheme="majorHAnsi" w:cstheme="majorHAnsi"/>
          <w:lang w:val="en-AU"/>
        </w:rPr>
      </w:pPr>
      <w:r w:rsidRPr="000436AC">
        <w:rPr>
          <w:rFonts w:asciiTheme="majorHAnsi" w:hAnsiTheme="majorHAnsi" w:cstheme="majorHAnsi"/>
          <w:b/>
          <w:bCs/>
        </w:rPr>
        <w:t>April – Dec 2025</w:t>
      </w:r>
    </w:p>
    <w:p w14:paraId="228189D3" w14:textId="665E9EBD" w:rsidR="000436AC" w:rsidRPr="00C03D88" w:rsidRDefault="000436AC" w:rsidP="00C03D88">
      <w:pPr>
        <w:pStyle w:val="ListParagraph"/>
        <w:numPr>
          <w:ilvl w:val="0"/>
          <w:numId w:val="14"/>
        </w:numPr>
        <w:spacing w:after="240"/>
        <w:ind w:left="1077" w:hanging="357"/>
        <w:rPr>
          <w:rFonts w:asciiTheme="majorHAnsi" w:hAnsiTheme="majorHAnsi" w:cstheme="majorHAnsi"/>
        </w:rPr>
      </w:pPr>
      <w:r w:rsidRPr="000436AC">
        <w:rPr>
          <w:rFonts w:asciiTheme="majorHAnsi" w:hAnsiTheme="majorHAnsi" w:cstheme="majorHAnsi"/>
        </w:rPr>
        <w:t>Course re-design</w:t>
      </w:r>
    </w:p>
    <w:p w14:paraId="2FCEF464" w14:textId="45B88E8E" w:rsidR="000436AC" w:rsidRPr="000436AC" w:rsidRDefault="000436AC" w:rsidP="007207F6">
      <w:pPr>
        <w:spacing w:after="0" w:line="240" w:lineRule="auto"/>
        <w:ind w:left="360"/>
        <w:rPr>
          <w:rFonts w:asciiTheme="majorHAnsi" w:hAnsiTheme="majorHAnsi" w:cstheme="majorHAnsi"/>
          <w:lang w:val="en-AU"/>
        </w:rPr>
      </w:pPr>
      <w:r w:rsidRPr="000436AC">
        <w:rPr>
          <w:rFonts w:asciiTheme="majorHAnsi" w:hAnsiTheme="majorHAnsi" w:cstheme="majorHAnsi"/>
          <w:b/>
          <w:bCs/>
        </w:rPr>
        <w:t>2026</w:t>
      </w:r>
    </w:p>
    <w:p w14:paraId="31827034" w14:textId="77777777" w:rsidR="000436AC" w:rsidRPr="000436AC" w:rsidRDefault="000436AC" w:rsidP="00BC7E06">
      <w:pPr>
        <w:numPr>
          <w:ilvl w:val="0"/>
          <w:numId w:val="13"/>
        </w:numPr>
        <w:tabs>
          <w:tab w:val="clear" w:pos="720"/>
          <w:tab w:val="num" w:pos="1080"/>
        </w:tabs>
        <w:spacing w:after="0"/>
        <w:ind w:left="1080"/>
        <w:rPr>
          <w:rFonts w:asciiTheme="majorHAnsi" w:hAnsiTheme="majorHAnsi" w:cstheme="majorHAnsi"/>
          <w:lang w:val="en-AU"/>
        </w:rPr>
      </w:pPr>
      <w:r w:rsidRPr="000436AC">
        <w:rPr>
          <w:rFonts w:asciiTheme="majorHAnsi" w:hAnsiTheme="majorHAnsi" w:cstheme="majorHAnsi"/>
        </w:rPr>
        <w:t>Course roll out &amp; review</w:t>
      </w:r>
    </w:p>
    <w:p w14:paraId="7417467E" w14:textId="7180F457" w:rsidR="000436AC" w:rsidRPr="000436AC" w:rsidRDefault="000436AC" w:rsidP="00BC7E06">
      <w:pPr>
        <w:numPr>
          <w:ilvl w:val="0"/>
          <w:numId w:val="13"/>
        </w:numPr>
        <w:tabs>
          <w:tab w:val="clear" w:pos="720"/>
          <w:tab w:val="num" w:pos="1080"/>
        </w:tabs>
        <w:spacing w:after="0"/>
        <w:ind w:left="1080"/>
        <w:rPr>
          <w:rFonts w:asciiTheme="majorHAnsi" w:hAnsiTheme="majorHAnsi" w:cstheme="majorHAnsi"/>
          <w:lang w:val="en-AU"/>
        </w:rPr>
      </w:pPr>
      <w:r w:rsidRPr="000436AC">
        <w:rPr>
          <w:rFonts w:asciiTheme="majorHAnsi" w:hAnsiTheme="majorHAnsi" w:cstheme="majorHAnsi"/>
        </w:rPr>
        <w:t>Student partnership Research project</w:t>
      </w:r>
    </w:p>
    <w:p w14:paraId="3BF8342E" w14:textId="77777777" w:rsidR="000436AC" w:rsidRPr="00C03D88" w:rsidRDefault="000436AC" w:rsidP="00C03D88">
      <w:pPr>
        <w:pStyle w:val="ListParagraph"/>
        <w:numPr>
          <w:ilvl w:val="0"/>
          <w:numId w:val="14"/>
        </w:numPr>
        <w:spacing w:after="240"/>
        <w:ind w:left="1077" w:hanging="357"/>
        <w:rPr>
          <w:rFonts w:asciiTheme="majorHAnsi" w:hAnsiTheme="majorHAnsi" w:cstheme="majorHAnsi"/>
        </w:rPr>
      </w:pPr>
      <w:r w:rsidRPr="000436AC">
        <w:rPr>
          <w:rFonts w:asciiTheme="majorHAnsi" w:hAnsiTheme="majorHAnsi" w:cstheme="majorHAnsi"/>
        </w:rPr>
        <w:t xml:space="preserve">Ongoing coaching </w:t>
      </w:r>
    </w:p>
    <w:p w14:paraId="1480E225" w14:textId="7BD6FB25" w:rsidR="00F414E1" w:rsidRPr="009D2D1C" w:rsidRDefault="00711CE1" w:rsidP="00C3077F">
      <w:pPr>
        <w:pStyle w:val="Heading1"/>
        <w:spacing w:before="240"/>
        <w:rPr>
          <w:rFonts w:cstheme="majorHAnsi"/>
        </w:rPr>
      </w:pPr>
      <w:bookmarkStart w:id="4" w:name="_Toc231831318"/>
      <w:r w:rsidRPr="009D2D1C">
        <w:rPr>
          <w:rFonts w:cstheme="majorHAnsi"/>
        </w:rPr>
        <w:t>Mentoring structure</w:t>
      </w:r>
      <w:bookmarkEnd w:id="4"/>
    </w:p>
    <w:p w14:paraId="394A8B34" w14:textId="4C764E45" w:rsidR="000436AC" w:rsidRPr="008A1267" w:rsidRDefault="00711CE1" w:rsidP="008A1267">
      <w:pPr>
        <w:pStyle w:val="ListParagraph"/>
        <w:numPr>
          <w:ilvl w:val="0"/>
          <w:numId w:val="24"/>
        </w:numPr>
        <w:rPr>
          <w:rFonts w:asciiTheme="majorHAnsi" w:hAnsiTheme="majorHAnsi" w:cstheme="majorHAnsi"/>
          <w:lang w:val="en-AU"/>
        </w:rPr>
      </w:pPr>
      <w:r w:rsidRPr="008A1267">
        <w:rPr>
          <w:rFonts w:asciiTheme="majorHAnsi" w:hAnsiTheme="majorHAnsi" w:cstheme="majorHAnsi"/>
        </w:rPr>
        <w:t>All staff workshops</w:t>
      </w:r>
      <w:r w:rsidR="000436AC" w:rsidRPr="008A1267">
        <w:rPr>
          <w:rFonts w:asciiTheme="majorHAnsi" w:hAnsiTheme="majorHAnsi" w:cstheme="majorHAnsi"/>
        </w:rPr>
        <w:t xml:space="preserve">: </w:t>
      </w:r>
      <w:r w:rsidR="000436AC" w:rsidRPr="008A1267">
        <w:rPr>
          <w:rFonts w:asciiTheme="majorHAnsi" w:hAnsiTheme="majorHAnsi" w:cstheme="majorHAnsi"/>
          <w:lang w:val="en-AU"/>
        </w:rPr>
        <w:t>Workshops &amp; Review session</w:t>
      </w:r>
    </w:p>
    <w:p w14:paraId="1ABE020C" w14:textId="4E2B9EB8" w:rsidR="000436AC" w:rsidRPr="008A1267" w:rsidRDefault="000436AC" w:rsidP="008A1267">
      <w:pPr>
        <w:pStyle w:val="ListParagraph"/>
        <w:numPr>
          <w:ilvl w:val="0"/>
          <w:numId w:val="24"/>
        </w:numPr>
        <w:rPr>
          <w:rFonts w:asciiTheme="majorHAnsi" w:hAnsiTheme="majorHAnsi" w:cstheme="majorHAnsi"/>
          <w:lang w:val="en-AU"/>
        </w:rPr>
      </w:pPr>
      <w:r w:rsidRPr="008A1267">
        <w:rPr>
          <w:rFonts w:asciiTheme="majorHAnsi" w:hAnsiTheme="majorHAnsi" w:cstheme="majorHAnsi"/>
        </w:rPr>
        <w:t>S</w:t>
      </w:r>
      <w:r w:rsidR="00711CE1" w:rsidRPr="008A1267">
        <w:rPr>
          <w:rFonts w:asciiTheme="majorHAnsi" w:hAnsiTheme="majorHAnsi" w:cstheme="majorHAnsi"/>
        </w:rPr>
        <w:t>mall groups</w:t>
      </w:r>
      <w:r w:rsidRPr="008A1267">
        <w:rPr>
          <w:rFonts w:asciiTheme="majorHAnsi" w:hAnsiTheme="majorHAnsi" w:cstheme="majorHAnsi"/>
        </w:rPr>
        <w:t xml:space="preserve">: </w:t>
      </w:r>
      <w:r w:rsidRPr="008A1267">
        <w:rPr>
          <w:rFonts w:asciiTheme="majorHAnsi" w:hAnsiTheme="majorHAnsi" w:cstheme="majorHAnsi"/>
          <w:lang w:val="en-AU"/>
        </w:rPr>
        <w:t>Focused discussion, ad hoc advice, brainstorming</w:t>
      </w:r>
    </w:p>
    <w:p w14:paraId="5EF8076E" w14:textId="789E339D" w:rsidR="000436AC" w:rsidRPr="008A1267" w:rsidRDefault="000436AC" w:rsidP="008A1267">
      <w:pPr>
        <w:pStyle w:val="ListParagraph"/>
        <w:numPr>
          <w:ilvl w:val="0"/>
          <w:numId w:val="24"/>
        </w:numPr>
        <w:rPr>
          <w:rFonts w:asciiTheme="majorHAnsi" w:hAnsiTheme="majorHAnsi" w:cstheme="majorHAnsi"/>
          <w:lang w:val="en-AU"/>
        </w:rPr>
      </w:pPr>
      <w:r w:rsidRPr="008A1267">
        <w:rPr>
          <w:rFonts w:asciiTheme="majorHAnsi" w:hAnsiTheme="majorHAnsi" w:cstheme="majorHAnsi"/>
        </w:rPr>
        <w:t>Individual</w:t>
      </w:r>
      <w:r w:rsidRPr="008A1267">
        <w:rPr>
          <w:rFonts w:asciiTheme="majorHAnsi" w:hAnsiTheme="majorHAnsi" w:cstheme="majorHAnsi"/>
          <w:lang w:val="en-AU"/>
        </w:rPr>
        <w:t xml:space="preserve">: Personalised in-depth support </w:t>
      </w:r>
    </w:p>
    <w:p w14:paraId="3DE5D2F1" w14:textId="6A44DC0D" w:rsidR="00092BA5" w:rsidRPr="00FD71B9" w:rsidRDefault="00092BA5" w:rsidP="00FD71B9">
      <w:pPr>
        <w:pStyle w:val="Heading1"/>
      </w:pPr>
      <w:bookmarkStart w:id="5" w:name="_Toc231831319"/>
      <w:r w:rsidRPr="00092BA5">
        <w:t>Big Wins (and students agree)</w:t>
      </w:r>
      <w:bookmarkEnd w:id="5"/>
      <w:r>
        <w:rPr>
          <w:noProof/>
        </w:rPr>
        <mc:AlternateContent>
          <mc:Choice Requires="wps">
            <w:drawing>
              <wp:anchor distT="0" distB="0" distL="114300" distR="114300" simplePos="0" relativeHeight="251683840" behindDoc="1" locked="0" layoutInCell="1" allowOverlap="1" wp14:anchorId="7DE4C530" wp14:editId="0EB6C9C7">
                <wp:simplePos x="0" y="0"/>
                <wp:positionH relativeFrom="column">
                  <wp:posOffset>4836160</wp:posOffset>
                </wp:positionH>
                <wp:positionV relativeFrom="paragraph">
                  <wp:posOffset>1137285</wp:posOffset>
                </wp:positionV>
                <wp:extent cx="1648460" cy="635"/>
                <wp:effectExtent l="0" t="0" r="0" b="0"/>
                <wp:wrapTight wrapText="bothSides">
                  <wp:wrapPolygon edited="0">
                    <wp:start x="0" y="0"/>
                    <wp:lineTo x="0" y="21600"/>
                    <wp:lineTo x="21600" y="21600"/>
                    <wp:lineTo x="21600" y="0"/>
                  </wp:wrapPolygon>
                </wp:wrapTight>
                <wp:docPr id="356535804" name="Text Box 1"/>
                <wp:cNvGraphicFramePr/>
                <a:graphic xmlns:a="http://schemas.openxmlformats.org/drawingml/2006/main">
                  <a:graphicData uri="http://schemas.microsoft.com/office/word/2010/wordprocessingShape">
                    <wps:wsp>
                      <wps:cNvSpPr txBox="1"/>
                      <wps:spPr>
                        <a:xfrm>
                          <a:off x="0" y="0"/>
                          <a:ext cx="1648460" cy="635"/>
                        </a:xfrm>
                        <a:prstGeom prst="rect">
                          <a:avLst/>
                        </a:prstGeom>
                        <a:solidFill>
                          <a:prstClr val="white"/>
                        </a:solidFill>
                        <a:ln>
                          <a:noFill/>
                        </a:ln>
                      </wps:spPr>
                      <wps:txbx>
                        <w:txbxContent>
                          <w:p w14:paraId="25F9A08E" w14:textId="3AC78864" w:rsidR="00092BA5" w:rsidRPr="00007575" w:rsidRDefault="00092BA5" w:rsidP="00092BA5">
                            <w:pPr>
                              <w:pStyle w:val="Caption"/>
                              <w:rPr>
                                <w:rFonts w:asciiTheme="majorHAnsi" w:hAnsiTheme="majorHAnsi" w:cstheme="majorHAnsi"/>
                                <w:b w:val="0"/>
                                <w:bCs w:val="0"/>
                                <w:color w:val="244061" w:themeColor="accent1" w:themeShade="80"/>
                                <w:sz w:val="16"/>
                                <w:szCs w:val="16"/>
                              </w:rPr>
                            </w:pPr>
                            <w:r w:rsidRPr="00007575">
                              <w:rPr>
                                <w:rFonts w:asciiTheme="majorHAnsi" w:hAnsiTheme="majorHAnsi" w:cstheme="majorHAnsi"/>
                                <w:b w:val="0"/>
                                <w:bCs w:val="0"/>
                                <w:color w:val="244061" w:themeColor="accent1" w:themeShade="80"/>
                                <w:sz w:val="16"/>
                                <w:szCs w:val="16"/>
                              </w:rPr>
                              <w:fldChar w:fldCharType="begin"/>
                            </w:r>
                            <w:r w:rsidRPr="00007575">
                              <w:rPr>
                                <w:rFonts w:asciiTheme="majorHAnsi" w:hAnsiTheme="majorHAnsi" w:cstheme="majorHAnsi"/>
                                <w:b w:val="0"/>
                                <w:bCs w:val="0"/>
                                <w:color w:val="244061" w:themeColor="accent1" w:themeShade="80"/>
                                <w:sz w:val="16"/>
                                <w:szCs w:val="16"/>
                              </w:rPr>
                              <w:instrText xml:space="preserve"> SEQ Figure \* ARABIC </w:instrText>
                            </w:r>
                            <w:r w:rsidRPr="00007575">
                              <w:rPr>
                                <w:rFonts w:asciiTheme="majorHAnsi" w:hAnsiTheme="majorHAnsi" w:cstheme="majorHAnsi"/>
                                <w:b w:val="0"/>
                                <w:bCs w:val="0"/>
                                <w:color w:val="244061" w:themeColor="accent1" w:themeShade="80"/>
                                <w:sz w:val="16"/>
                                <w:szCs w:val="16"/>
                              </w:rPr>
                              <w:fldChar w:fldCharType="separate"/>
                            </w:r>
                            <w:r w:rsidRPr="00007575">
                              <w:rPr>
                                <w:rFonts w:asciiTheme="majorHAnsi" w:hAnsiTheme="majorHAnsi" w:cstheme="majorHAnsi"/>
                                <w:b w:val="0"/>
                                <w:bCs w:val="0"/>
                                <w:color w:val="244061" w:themeColor="accent1" w:themeShade="80"/>
                                <w:sz w:val="16"/>
                                <w:szCs w:val="16"/>
                              </w:rPr>
                              <w:t>1</w:t>
                            </w:r>
                            <w:r w:rsidRPr="00007575">
                              <w:rPr>
                                <w:rFonts w:asciiTheme="majorHAnsi" w:hAnsiTheme="majorHAnsi" w:cstheme="majorHAnsi"/>
                                <w:b w:val="0"/>
                                <w:bCs w:val="0"/>
                                <w:color w:val="244061" w:themeColor="accent1" w:themeShade="80"/>
                                <w:sz w:val="16"/>
                                <w:szCs w:val="16"/>
                              </w:rPr>
                              <w:fldChar w:fldCharType="end"/>
                            </w:r>
                            <w:r w:rsidRPr="00007575">
                              <w:rPr>
                                <w:rFonts w:asciiTheme="majorHAnsi" w:hAnsiTheme="majorHAnsi" w:cstheme="majorHAnsi"/>
                                <w:b w:val="0"/>
                                <w:bCs w:val="0"/>
                                <w:color w:val="244061" w:themeColor="accent1" w:themeShade="80"/>
                                <w:sz w:val="16"/>
                                <w:szCs w:val="16"/>
                              </w:rPr>
                              <w:t>. Image credit: still from TV series Futurama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DE4C530" id="_x0000_t202" coordsize="21600,21600" o:spt="202" path="m,l,21600r21600,l21600,xe">
                <v:stroke joinstyle="miter"/>
                <v:path gradientshapeok="t" o:connecttype="rect"/>
              </v:shapetype>
              <v:shape id="Text Box 1" o:spid="_x0000_s1026" type="#_x0000_t202" style="position:absolute;margin-left:380.8pt;margin-top:89.55pt;width:129.8pt;height:.0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" stroked="f">
                <v:textbox style="mso-fit-shape-to-text:t" inset="0,0,0,0">
                  <w:txbxContent>
                    <w:p w14:paraId="25F9A08E" w14:textId="3AC78864" w:rsidR="00092BA5" w:rsidRPr="00007575" w:rsidRDefault="00092BA5" w:rsidP="00092BA5">
                      <w:pPr>
                        <w:pStyle w:val="Caption"/>
                        <w:rPr>
                          <w:rFonts w:asciiTheme="majorHAnsi" w:hAnsiTheme="majorHAnsi" w:cstheme="majorHAnsi"/>
                          <w:b w:val="0"/>
                          <w:bCs w:val="0"/>
                          <w:color w:val="244061" w:themeColor="accent1" w:themeShade="80"/>
                          <w:sz w:val="16"/>
                          <w:szCs w:val="16"/>
                        </w:rPr>
                      </w:pPr>
                      <w:r w:rsidRPr="00007575">
                        <w:rPr>
                          <w:rFonts w:asciiTheme="majorHAnsi" w:hAnsiTheme="majorHAnsi" w:cstheme="majorHAnsi"/>
                          <w:b w:val="0"/>
                          <w:bCs w:val="0"/>
                          <w:color w:val="244061" w:themeColor="accent1" w:themeShade="80"/>
                          <w:sz w:val="16"/>
                          <w:szCs w:val="16"/>
                        </w:rPr>
                        <w:fldChar w:fldCharType="begin"/>
                      </w:r>
                      <w:r w:rsidRPr="00007575">
                        <w:rPr>
                          <w:rFonts w:asciiTheme="majorHAnsi" w:hAnsiTheme="majorHAnsi" w:cstheme="majorHAnsi"/>
                          <w:b w:val="0"/>
                          <w:bCs w:val="0"/>
                          <w:color w:val="244061" w:themeColor="accent1" w:themeShade="80"/>
                          <w:sz w:val="16"/>
                          <w:szCs w:val="16"/>
                        </w:rPr>
                        <w:instrText xml:space="preserve"> SEQ Figure \* ARABIC </w:instrText>
                      </w:r>
                      <w:r w:rsidRPr="00007575">
                        <w:rPr>
                          <w:rFonts w:asciiTheme="majorHAnsi" w:hAnsiTheme="majorHAnsi" w:cstheme="majorHAnsi"/>
                          <w:b w:val="0"/>
                          <w:bCs w:val="0"/>
                          <w:color w:val="244061" w:themeColor="accent1" w:themeShade="80"/>
                          <w:sz w:val="16"/>
                          <w:szCs w:val="16"/>
                        </w:rPr>
                        <w:fldChar w:fldCharType="separate"/>
                      </w:r>
                      <w:r w:rsidRPr="00007575">
                        <w:rPr>
                          <w:rFonts w:asciiTheme="majorHAnsi" w:hAnsiTheme="majorHAnsi" w:cstheme="majorHAnsi"/>
                          <w:b w:val="0"/>
                          <w:bCs w:val="0"/>
                          <w:color w:val="244061" w:themeColor="accent1" w:themeShade="80"/>
                          <w:sz w:val="16"/>
                          <w:szCs w:val="16"/>
                        </w:rPr>
                        <w:t>1</w:t>
                      </w:r>
                      <w:r w:rsidRPr="00007575">
                        <w:rPr>
                          <w:rFonts w:asciiTheme="majorHAnsi" w:hAnsiTheme="majorHAnsi" w:cstheme="majorHAnsi"/>
                          <w:b w:val="0"/>
                          <w:bCs w:val="0"/>
                          <w:color w:val="244061" w:themeColor="accent1" w:themeShade="80"/>
                          <w:sz w:val="16"/>
                          <w:szCs w:val="16"/>
                        </w:rPr>
                        <w:fldChar w:fldCharType="end"/>
                      </w:r>
                      <w:r w:rsidRPr="00007575">
                        <w:rPr>
                          <w:rFonts w:asciiTheme="majorHAnsi" w:hAnsiTheme="majorHAnsi" w:cstheme="majorHAnsi"/>
                          <w:b w:val="0"/>
                          <w:bCs w:val="0"/>
                          <w:color w:val="244061" w:themeColor="accent1" w:themeShade="80"/>
                          <w:sz w:val="16"/>
                          <w:szCs w:val="16"/>
                        </w:rPr>
                        <w:t>. Image credit: still from TV series Futurama</w:t>
                      </w:r>
                    </w:p>
                  </w:txbxContent>
                </v:textbox>
                <w10:wrap type="tight"/>
              </v:shape>
            </w:pict>
          </mc:Fallback>
        </mc:AlternateContent>
      </w:r>
      <w:r w:rsidRPr="00092BA5">
        <w:rPr>
          <w:rFonts w:cstheme="majorHAnsi"/>
          <w:noProof/>
        </w:rPr>
        <w:drawing>
          <wp:anchor distT="0" distB="0" distL="114300" distR="114300" simplePos="0" relativeHeight="251971072" behindDoc="1" locked="0" layoutInCell="1" allowOverlap="1" wp14:anchorId="1D3870BB" wp14:editId="0C7A518D">
            <wp:simplePos x="0" y="0"/>
            <wp:positionH relativeFrom="column">
              <wp:posOffset>4836648</wp:posOffset>
            </wp:positionH>
            <wp:positionV relativeFrom="paragraph">
              <wp:posOffset>-167493</wp:posOffset>
            </wp:positionV>
            <wp:extent cx="1648460" cy="1247140"/>
            <wp:effectExtent l="0" t="0" r="8890" b="0"/>
            <wp:wrapTight wrapText="bothSides">
              <wp:wrapPolygon edited="0">
                <wp:start x="0" y="0"/>
                <wp:lineTo x="0" y="21116"/>
                <wp:lineTo x="21467" y="21116"/>
                <wp:lineTo x="21467" y="0"/>
                <wp:lineTo x="0" y="0"/>
              </wp:wrapPolygon>
            </wp:wrapTight>
            <wp:docPr id="6" name="Content Placeholder 5" descr="Meme of Professor Farnsworth from TV show Futurama declaring &quot;Good News Everyone&quot;.">
              <a:extLst xmlns:a="http://schemas.openxmlformats.org/drawingml/2006/main">
                <a:ext uri="{FF2B5EF4-FFF2-40B4-BE49-F238E27FC236}">
                  <a16:creationId xmlns:a16="http://schemas.microsoft.com/office/drawing/2014/main" id="{859832F6-2037-7ADD-8847-41620A6D775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Meme of Professor Farnsworth from TV show Futurama declaring &quot;Good News Everyone&quot;.">
                      <a:extLst>
                        <a:ext uri="{FF2B5EF4-FFF2-40B4-BE49-F238E27FC236}">
                          <a16:creationId xmlns:a16="http://schemas.microsoft.com/office/drawing/2014/main" id="{859832F6-2037-7ADD-8847-41620A6D7756}"/>
                        </a:ext>
                      </a:extLst>
                    </pic:cNvPr>
                    <pic:cNvPicPr>
                      <a:picLocks noGrp="1" noChangeAspect="1"/>
                    </pic:cNvPicPr>
                  </pic:nvPicPr>
                  <pic:blipFill>
                    <a:blip r:embed="rId28" cstate="screen">
                      <a:extLst>
                        <a:ext uri="{28A0092B-C50C-407E-A947-70E740481C1C}">
                          <a14:useLocalDpi xmlns:a14="http://schemas.microsoft.com/office/drawing/2010/main"/>
                        </a:ext>
                      </a:extLst>
                    </a:blip>
                    <a:stretch>
                      <a:fillRect/>
                    </a:stretch>
                  </pic:blipFill>
                  <pic:spPr>
                    <a:xfrm>
                      <a:off x="0" y="0"/>
                      <a:ext cx="1648460" cy="1247140"/>
                    </a:xfrm>
                    <a:prstGeom prst="rect">
                      <a:avLst/>
                    </a:prstGeom>
                  </pic:spPr>
                </pic:pic>
              </a:graphicData>
            </a:graphic>
            <wp14:sizeRelH relativeFrom="margin">
              <wp14:pctWidth>0</wp14:pctWidth>
            </wp14:sizeRelH>
            <wp14:sizeRelV relativeFrom="margin">
              <wp14:pctHeight>0</wp14:pctHeight>
            </wp14:sizeRelV>
          </wp:anchor>
        </w:drawing>
      </w:r>
    </w:p>
    <w:p w14:paraId="69948209" w14:textId="1DACC7BE" w:rsidR="00092BA5" w:rsidRPr="00092BA5" w:rsidRDefault="00092BA5" w:rsidP="00092BA5">
      <w:pPr>
        <w:numPr>
          <w:ilvl w:val="0"/>
          <w:numId w:val="25"/>
        </w:numPr>
        <w:rPr>
          <w:rFonts w:asciiTheme="majorHAnsi" w:hAnsiTheme="majorHAnsi" w:cstheme="majorHAnsi"/>
          <w:lang w:val="en-AU"/>
        </w:rPr>
      </w:pPr>
      <w:r w:rsidRPr="00092BA5">
        <w:rPr>
          <w:rFonts w:asciiTheme="majorHAnsi" w:hAnsiTheme="majorHAnsi" w:cstheme="majorHAnsi"/>
          <w:lang w:val="en-AU"/>
        </w:rPr>
        <w:t xml:space="preserve">Collaborative relationships amongst staff </w:t>
      </w:r>
      <w:r w:rsidRPr="00092BA5">
        <w:rPr>
          <w:rFonts w:asciiTheme="majorHAnsi" w:hAnsiTheme="majorHAnsi" w:cstheme="majorHAnsi"/>
          <w:vertAlign w:val="superscript"/>
          <w:lang w:val="en-AU"/>
        </w:rPr>
        <w:t>[8.4 8.3]</w:t>
      </w:r>
    </w:p>
    <w:p w14:paraId="014D8ED5" w14:textId="77777777" w:rsidR="00092BA5" w:rsidRPr="00092BA5" w:rsidRDefault="00092BA5" w:rsidP="00092BA5">
      <w:pPr>
        <w:numPr>
          <w:ilvl w:val="0"/>
          <w:numId w:val="25"/>
        </w:numPr>
        <w:rPr>
          <w:rFonts w:asciiTheme="majorHAnsi" w:hAnsiTheme="majorHAnsi" w:cstheme="majorHAnsi"/>
          <w:lang w:val="en-AU"/>
        </w:rPr>
      </w:pPr>
      <w:r w:rsidRPr="00092BA5">
        <w:rPr>
          <w:rFonts w:asciiTheme="majorHAnsi" w:hAnsiTheme="majorHAnsi" w:cstheme="majorHAnsi"/>
          <w:lang w:val="en-AU"/>
        </w:rPr>
        <w:t xml:space="preserve">Authentic and collaborative learning activities &amp; assessment </w:t>
      </w:r>
      <w:r w:rsidRPr="00092BA5">
        <w:rPr>
          <w:rFonts w:asciiTheme="majorHAnsi" w:hAnsiTheme="majorHAnsi" w:cstheme="majorHAnsi"/>
          <w:vertAlign w:val="superscript"/>
          <w:lang w:val="en-AU"/>
        </w:rPr>
        <w:t>[7.2]</w:t>
      </w:r>
    </w:p>
    <w:p w14:paraId="176D22A6" w14:textId="77777777" w:rsidR="00092BA5" w:rsidRPr="00092BA5" w:rsidRDefault="00092BA5" w:rsidP="00092BA5">
      <w:pPr>
        <w:numPr>
          <w:ilvl w:val="0"/>
          <w:numId w:val="25"/>
        </w:numPr>
        <w:rPr>
          <w:rFonts w:asciiTheme="majorHAnsi" w:hAnsiTheme="majorHAnsi" w:cstheme="majorHAnsi"/>
          <w:lang w:val="en-AU"/>
        </w:rPr>
      </w:pPr>
      <w:r w:rsidRPr="00092BA5">
        <w:rPr>
          <w:rFonts w:asciiTheme="majorHAnsi" w:hAnsiTheme="majorHAnsi" w:cstheme="majorHAnsi"/>
          <w:lang w:val="en-AU"/>
        </w:rPr>
        <w:t xml:space="preserve">Consistency across units (LMS structure, lecture/tutorial slides) </w:t>
      </w:r>
      <w:r w:rsidRPr="00092BA5">
        <w:rPr>
          <w:rFonts w:asciiTheme="majorHAnsi" w:hAnsiTheme="majorHAnsi" w:cstheme="majorHAnsi"/>
          <w:vertAlign w:val="superscript"/>
          <w:lang w:val="en-AU"/>
        </w:rPr>
        <w:t>[7.4 6.3]</w:t>
      </w:r>
    </w:p>
    <w:p w14:paraId="50D706A8" w14:textId="77777777" w:rsidR="00092BA5" w:rsidRPr="00092BA5" w:rsidRDefault="00092BA5" w:rsidP="00092BA5">
      <w:pPr>
        <w:numPr>
          <w:ilvl w:val="0"/>
          <w:numId w:val="25"/>
        </w:numPr>
        <w:rPr>
          <w:rFonts w:asciiTheme="majorHAnsi" w:hAnsiTheme="majorHAnsi" w:cstheme="majorHAnsi"/>
          <w:lang w:val="en-AU"/>
        </w:rPr>
      </w:pPr>
      <w:r w:rsidRPr="00092BA5">
        <w:rPr>
          <w:rFonts w:asciiTheme="majorHAnsi" w:hAnsiTheme="majorHAnsi" w:cstheme="majorHAnsi"/>
        </w:rPr>
        <w:t>Weekly learning clearly scaffolded with learning objectives, prior knowledge activation and summary/</w:t>
      </w:r>
      <w:proofErr w:type="gramStart"/>
      <w:r w:rsidRPr="00092BA5">
        <w:rPr>
          <w:rFonts w:asciiTheme="majorHAnsi" w:hAnsiTheme="majorHAnsi" w:cstheme="majorHAnsi"/>
        </w:rPr>
        <w:t>reflection</w:t>
      </w:r>
      <w:r w:rsidRPr="00092BA5">
        <w:rPr>
          <w:rFonts w:asciiTheme="majorHAnsi" w:hAnsiTheme="majorHAnsi" w:cstheme="majorHAnsi"/>
          <w:vertAlign w:val="superscript"/>
        </w:rPr>
        <w:t>[</w:t>
      </w:r>
      <w:proofErr w:type="gramEnd"/>
      <w:r w:rsidRPr="00092BA5">
        <w:rPr>
          <w:rFonts w:asciiTheme="majorHAnsi" w:hAnsiTheme="majorHAnsi" w:cstheme="majorHAnsi"/>
          <w:vertAlign w:val="superscript"/>
        </w:rPr>
        <w:t>3.1]</w:t>
      </w:r>
    </w:p>
    <w:p w14:paraId="642743E4" w14:textId="77777777" w:rsidR="00092BA5" w:rsidRPr="00092BA5" w:rsidRDefault="00092BA5" w:rsidP="00092BA5">
      <w:pPr>
        <w:numPr>
          <w:ilvl w:val="0"/>
          <w:numId w:val="25"/>
        </w:numPr>
        <w:rPr>
          <w:rFonts w:asciiTheme="majorHAnsi" w:hAnsiTheme="majorHAnsi" w:cstheme="majorHAnsi"/>
          <w:lang w:val="en-AU"/>
        </w:rPr>
      </w:pPr>
      <w:r w:rsidRPr="00092BA5">
        <w:rPr>
          <w:rFonts w:asciiTheme="majorHAnsi" w:hAnsiTheme="majorHAnsi" w:cstheme="majorHAnsi"/>
        </w:rPr>
        <w:t xml:space="preserve">In class feedback and pulse surveys informing teaching reflection and responsive adaptation </w:t>
      </w:r>
      <w:r w:rsidRPr="00092BA5">
        <w:rPr>
          <w:rFonts w:asciiTheme="majorHAnsi" w:hAnsiTheme="majorHAnsi" w:cstheme="majorHAnsi"/>
          <w:vertAlign w:val="superscript"/>
        </w:rPr>
        <w:t>[8.2]</w:t>
      </w:r>
    </w:p>
    <w:p w14:paraId="47AE985E" w14:textId="1E54D132" w:rsidR="00092BA5" w:rsidRPr="00FD71B9" w:rsidRDefault="00092BA5" w:rsidP="00092BA5">
      <w:pPr>
        <w:numPr>
          <w:ilvl w:val="0"/>
          <w:numId w:val="25"/>
        </w:numPr>
        <w:rPr>
          <w:rFonts w:asciiTheme="majorHAnsi" w:hAnsiTheme="majorHAnsi" w:cstheme="majorHAnsi"/>
          <w:lang w:val="en-AU"/>
        </w:rPr>
      </w:pPr>
      <w:r w:rsidRPr="00092BA5">
        <w:rPr>
          <w:rFonts w:asciiTheme="majorHAnsi" w:hAnsiTheme="majorHAnsi" w:cstheme="majorHAnsi"/>
        </w:rPr>
        <w:t>Decreasing attrition before census down from 2% in 2025 to less than 1% in 2026</w:t>
      </w:r>
    </w:p>
    <w:p w14:paraId="1EC9AB89" w14:textId="77777777" w:rsidR="005550AC" w:rsidRDefault="005550AC">
      <w:pPr>
        <w:rPr>
          <w:rFonts w:asciiTheme="majorHAnsi" w:eastAsiaTheme="majorEastAsia" w:hAnsiTheme="majorHAnsi" w:cstheme="majorHAnsi"/>
          <w:b/>
          <w:bCs/>
          <w:color w:val="365F91" w:themeColor="accent1" w:themeShade="BF"/>
          <w:sz w:val="28"/>
          <w:szCs w:val="28"/>
        </w:rPr>
      </w:pPr>
      <w:bookmarkStart w:id="6" w:name="_Toc231831320"/>
      <w:r>
        <w:rPr>
          <w:rFonts w:cstheme="majorHAnsi"/>
        </w:rPr>
        <w:br w:type="page"/>
      </w:r>
    </w:p>
    <w:p w14:paraId="0121CD6B" w14:textId="223678EC" w:rsidR="00092BA5" w:rsidRPr="00FD71B9" w:rsidRDefault="00092BA5" w:rsidP="00FD71B9">
      <w:pPr>
        <w:pStyle w:val="Heading1"/>
        <w:rPr>
          <w:rFonts w:cstheme="majorHAnsi"/>
        </w:rPr>
      </w:pPr>
      <w:r w:rsidRPr="00092BA5">
        <w:rPr>
          <w:rFonts w:cstheme="majorHAnsi"/>
        </w:rPr>
        <w:lastRenderedPageBreak/>
        <w:t>Spotlight: Authentic &amp; creative learning</w:t>
      </w:r>
      <w:bookmarkEnd w:id="6"/>
      <w:r w:rsidRPr="00092BA5">
        <w:rPr>
          <w:rFonts w:cstheme="majorHAnsi"/>
          <w:noProof/>
        </w:rPr>
        <w:drawing>
          <wp:anchor distT="0" distB="0" distL="114300" distR="114300" simplePos="0" relativeHeight="251684864" behindDoc="0" locked="0" layoutInCell="1" allowOverlap="1" wp14:anchorId="72D8BAC4" wp14:editId="2F91EE93">
            <wp:simplePos x="0" y="0"/>
            <wp:positionH relativeFrom="column">
              <wp:posOffset>4713312</wp:posOffset>
            </wp:positionH>
            <wp:positionV relativeFrom="paragraph">
              <wp:posOffset>7767</wp:posOffset>
            </wp:positionV>
            <wp:extent cx="1948109" cy="1055301"/>
            <wp:effectExtent l="0" t="0" r="0" b="0"/>
            <wp:wrapThrough wrapText="bothSides">
              <wp:wrapPolygon edited="0">
                <wp:start x="0" y="0"/>
                <wp:lineTo x="0" y="21067"/>
                <wp:lineTo x="21339" y="21067"/>
                <wp:lineTo x="21339" y="0"/>
                <wp:lineTo x="0" y="0"/>
              </wp:wrapPolygon>
            </wp:wrapThrough>
            <wp:docPr id="672833757" name="Content Placeholder 6">
              <a:extLst xmlns:a="http://schemas.openxmlformats.org/drawingml/2006/main">
                <a:ext uri="{FF2B5EF4-FFF2-40B4-BE49-F238E27FC236}">
                  <a16:creationId xmlns:a16="http://schemas.microsoft.com/office/drawing/2014/main" id="{E7428250-D16A-26D3-A23B-F4F47EAD973A}"/>
                </a:ext>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E7428250-D16A-26D3-A23B-F4F47EAD973A}"/>
                        </a:ext>
                        <a:ext uri="{C183D7F6-B498-43B3-948B-1728B52AA6E4}">
                          <adec:decorative xmlns:adec="http://schemas.microsoft.com/office/drawing/2017/decorative" val="1"/>
                        </a:ext>
                      </a:extLst>
                    </pic:cNvPr>
                    <pic:cNvPicPr>
                      <a:picLocks noGrp="1" noChangeAspect="1"/>
                    </pic:cNvPicPr>
                  </pic:nvPicPr>
                  <pic:blipFill>
                    <a:blip r:embed="rId29" cstate="screen">
                      <a:extLst>
                        <a:ext uri="{28A0092B-C50C-407E-A947-70E740481C1C}">
                          <a14:useLocalDpi xmlns:a14="http://schemas.microsoft.com/office/drawing/2010/main"/>
                        </a:ext>
                      </a:extLst>
                    </a:blip>
                    <a:srcRect/>
                    <a:stretch/>
                  </pic:blipFill>
                  <pic:spPr>
                    <a:xfrm>
                      <a:off x="0" y="0"/>
                      <a:ext cx="1948109" cy="1055301"/>
                    </a:xfrm>
                    <a:prstGeom prst="rect">
                      <a:avLst/>
                    </a:prstGeom>
                  </pic:spPr>
                </pic:pic>
              </a:graphicData>
            </a:graphic>
          </wp:anchor>
        </w:drawing>
      </w:r>
    </w:p>
    <w:p w14:paraId="525BD12F" w14:textId="4E9B4B8C" w:rsidR="00092BA5" w:rsidRPr="00092BA5" w:rsidRDefault="00092BA5" w:rsidP="00092BA5">
      <w:pPr>
        <w:numPr>
          <w:ilvl w:val="0"/>
          <w:numId w:val="11"/>
        </w:numPr>
        <w:rPr>
          <w:rFonts w:asciiTheme="majorHAnsi" w:hAnsiTheme="majorHAnsi" w:cstheme="majorHAnsi"/>
          <w:lang w:val="en-AU"/>
        </w:rPr>
      </w:pPr>
      <w:r w:rsidRPr="00092BA5">
        <w:rPr>
          <w:rFonts w:asciiTheme="majorHAnsi" w:hAnsiTheme="majorHAnsi" w:cstheme="majorHAnsi"/>
          <w:b/>
          <w:bCs/>
        </w:rPr>
        <w:t xml:space="preserve">Virtual village </w:t>
      </w:r>
      <w:r w:rsidRPr="00092BA5">
        <w:rPr>
          <w:rFonts w:asciiTheme="majorHAnsi" w:hAnsiTheme="majorHAnsi" w:cstheme="majorHAnsi"/>
        </w:rPr>
        <w:t xml:space="preserve">(patients with diverse authentic profiles) </w:t>
      </w:r>
      <w:r w:rsidRPr="00092BA5">
        <w:rPr>
          <w:rFonts w:asciiTheme="majorHAnsi" w:hAnsiTheme="majorHAnsi" w:cstheme="majorHAnsi"/>
          <w:vertAlign w:val="superscript"/>
        </w:rPr>
        <w:t>[7.2, 1.3, 2.5, 3.1]</w:t>
      </w:r>
    </w:p>
    <w:p w14:paraId="2774EC4A" w14:textId="22C03FB4" w:rsidR="00092BA5" w:rsidRPr="00092BA5" w:rsidRDefault="00092BA5" w:rsidP="00092BA5">
      <w:pPr>
        <w:numPr>
          <w:ilvl w:val="0"/>
          <w:numId w:val="11"/>
        </w:numPr>
        <w:rPr>
          <w:rFonts w:asciiTheme="majorHAnsi" w:hAnsiTheme="majorHAnsi" w:cstheme="majorHAnsi"/>
          <w:lang w:val="en-AU"/>
        </w:rPr>
      </w:pPr>
      <w:r w:rsidRPr="00092BA5">
        <w:rPr>
          <w:rFonts w:asciiTheme="majorHAnsi" w:hAnsiTheme="majorHAnsi" w:cstheme="majorHAnsi"/>
        </w:rPr>
        <w:t xml:space="preserve">Opportunity for </w:t>
      </w:r>
      <w:r w:rsidRPr="00092BA5">
        <w:rPr>
          <w:rFonts w:asciiTheme="majorHAnsi" w:hAnsiTheme="majorHAnsi" w:cstheme="majorHAnsi"/>
          <w:b/>
          <w:bCs/>
        </w:rPr>
        <w:t>practicing application of skills and knowledge</w:t>
      </w:r>
      <w:r w:rsidRPr="00092BA5">
        <w:rPr>
          <w:rFonts w:asciiTheme="majorHAnsi" w:hAnsiTheme="majorHAnsi" w:cstheme="majorHAnsi"/>
        </w:rPr>
        <w:t xml:space="preserve"> in tutorial activities, practice labs, simulated patient conversations with </w:t>
      </w:r>
      <w:hyperlink r:id="rId30" w:history="1">
        <w:proofErr w:type="spellStart"/>
        <w:r w:rsidRPr="00092BA5">
          <w:rPr>
            <w:rStyle w:val="Hyperlink"/>
            <w:rFonts w:asciiTheme="majorHAnsi" w:hAnsiTheme="majorHAnsi" w:cstheme="majorHAnsi"/>
          </w:rPr>
          <w:t>SimConverse</w:t>
        </w:r>
        <w:proofErr w:type="spellEnd"/>
      </w:hyperlink>
      <w:r w:rsidRPr="00092BA5">
        <w:rPr>
          <w:rFonts w:asciiTheme="majorHAnsi" w:hAnsiTheme="majorHAnsi" w:cstheme="majorHAnsi"/>
        </w:rPr>
        <w:t xml:space="preserve"> </w:t>
      </w:r>
      <w:r w:rsidRPr="00092BA5">
        <w:rPr>
          <w:rFonts w:asciiTheme="majorHAnsi" w:hAnsiTheme="majorHAnsi" w:cstheme="majorHAnsi"/>
          <w:vertAlign w:val="superscript"/>
        </w:rPr>
        <w:t>[5.1, 5.3, 7.2]</w:t>
      </w:r>
    </w:p>
    <w:p w14:paraId="4B99A228" w14:textId="77777777" w:rsidR="00092BA5" w:rsidRPr="00092BA5" w:rsidRDefault="00092BA5" w:rsidP="00092BA5">
      <w:pPr>
        <w:numPr>
          <w:ilvl w:val="0"/>
          <w:numId w:val="11"/>
        </w:numPr>
        <w:rPr>
          <w:rFonts w:asciiTheme="majorHAnsi" w:hAnsiTheme="majorHAnsi" w:cstheme="majorHAnsi"/>
          <w:lang w:val="en-AU"/>
        </w:rPr>
      </w:pPr>
      <w:r w:rsidRPr="00092BA5">
        <w:rPr>
          <w:rFonts w:asciiTheme="majorHAnsi" w:hAnsiTheme="majorHAnsi" w:cstheme="majorHAnsi"/>
          <w:b/>
          <w:bCs/>
        </w:rPr>
        <w:t>Gamification</w:t>
      </w:r>
      <w:r w:rsidRPr="00092BA5">
        <w:rPr>
          <w:rFonts w:asciiTheme="majorHAnsi" w:hAnsiTheme="majorHAnsi" w:cstheme="majorHAnsi"/>
        </w:rPr>
        <w:t xml:space="preserve">: escape rooms (digital and physical); Monopoly medication; clinical Olympics; quick fire questions. </w:t>
      </w:r>
      <w:r w:rsidRPr="00092BA5">
        <w:rPr>
          <w:rFonts w:asciiTheme="majorHAnsi" w:hAnsiTheme="majorHAnsi" w:cstheme="majorHAnsi"/>
          <w:vertAlign w:val="superscript"/>
        </w:rPr>
        <w:t>[7.3 4.1 3.3]</w:t>
      </w:r>
    </w:p>
    <w:p w14:paraId="56AA0034" w14:textId="0369E43B" w:rsidR="00AF69E5" w:rsidRPr="00FD71B9" w:rsidRDefault="00092BA5" w:rsidP="00AF69E5">
      <w:pPr>
        <w:pStyle w:val="ListParagraph"/>
        <w:numPr>
          <w:ilvl w:val="0"/>
          <w:numId w:val="11"/>
        </w:numPr>
        <w:rPr>
          <w:rFonts w:asciiTheme="majorHAnsi" w:hAnsiTheme="majorHAnsi" w:cstheme="majorHAnsi"/>
        </w:rPr>
      </w:pPr>
      <w:r w:rsidRPr="00092BA5">
        <w:rPr>
          <w:rFonts w:asciiTheme="majorHAnsi" w:hAnsiTheme="majorHAnsi" w:cstheme="majorHAnsi"/>
          <w:b/>
          <w:bCs/>
        </w:rPr>
        <w:t xml:space="preserve">Choice of working individually or in groups </w:t>
      </w:r>
      <w:r w:rsidRPr="00092BA5">
        <w:rPr>
          <w:rFonts w:asciiTheme="majorHAnsi" w:hAnsiTheme="majorHAnsi" w:cstheme="majorHAnsi"/>
        </w:rPr>
        <w:t xml:space="preserve">in classes </w:t>
      </w:r>
      <w:r w:rsidRPr="00092BA5">
        <w:rPr>
          <w:rFonts w:asciiTheme="majorHAnsi" w:hAnsiTheme="majorHAnsi" w:cstheme="majorHAnsi"/>
          <w:vertAlign w:val="superscript"/>
        </w:rPr>
        <w:t>[7.1 9.2 6.5]</w:t>
      </w:r>
    </w:p>
    <w:p w14:paraId="2892C334" w14:textId="49F4FD66" w:rsidR="00092BA5" w:rsidRDefault="00092BA5">
      <w:pPr>
        <w:pStyle w:val="Heading1"/>
        <w:rPr>
          <w:rFonts w:cstheme="majorHAnsi"/>
        </w:rPr>
      </w:pPr>
      <w:bookmarkStart w:id="7" w:name="_Toc231831321"/>
      <w:r w:rsidRPr="00092BA5">
        <w:rPr>
          <w:rFonts w:cstheme="majorHAnsi"/>
        </w:rPr>
        <w:t>Spotlight: Authentic and meaningful assessment</w:t>
      </w:r>
      <w:bookmarkEnd w:id="7"/>
    </w:p>
    <w:p w14:paraId="791C619E" w14:textId="77777777" w:rsidR="00092BA5" w:rsidRPr="00E12FAA" w:rsidRDefault="00092BA5" w:rsidP="00BC7E06">
      <w:pPr>
        <w:pStyle w:val="ListParagraph"/>
        <w:numPr>
          <w:ilvl w:val="0"/>
          <w:numId w:val="30"/>
        </w:numPr>
        <w:rPr>
          <w:rFonts w:asciiTheme="majorHAnsi" w:hAnsiTheme="majorHAnsi" w:cstheme="majorHAnsi"/>
          <w:vertAlign w:val="superscript"/>
        </w:rPr>
      </w:pPr>
      <w:r w:rsidRPr="00E12FAA">
        <w:rPr>
          <w:rFonts w:asciiTheme="majorHAnsi" w:hAnsiTheme="majorHAnsi" w:cstheme="majorHAnsi"/>
        </w:rPr>
        <w:t xml:space="preserve">Professional practice portfolio </w:t>
      </w:r>
      <w:r w:rsidRPr="00E12FAA">
        <w:rPr>
          <w:rFonts w:asciiTheme="majorHAnsi" w:hAnsiTheme="majorHAnsi" w:cstheme="majorHAnsi"/>
          <w:vertAlign w:val="superscript"/>
        </w:rPr>
        <w:t>[7.2 3.2 3.4]</w:t>
      </w:r>
    </w:p>
    <w:p w14:paraId="472E2015" w14:textId="50D9F012" w:rsidR="00092BA5" w:rsidRPr="00092BA5" w:rsidRDefault="00092BA5" w:rsidP="00BC7E06">
      <w:pPr>
        <w:pStyle w:val="ListParagraph"/>
        <w:numPr>
          <w:ilvl w:val="0"/>
          <w:numId w:val="29"/>
        </w:numPr>
        <w:rPr>
          <w:rFonts w:asciiTheme="majorHAnsi" w:hAnsiTheme="majorHAnsi" w:cstheme="majorHAnsi"/>
        </w:rPr>
      </w:pPr>
      <w:r w:rsidRPr="00092BA5">
        <w:rPr>
          <w:rFonts w:asciiTheme="majorHAnsi" w:hAnsiTheme="majorHAnsi" w:cstheme="majorHAnsi"/>
        </w:rPr>
        <w:t xml:space="preserve">Formative feedback and assessment (drafts, online quizzes with inbuilt feedback; dedicated in class time to work on assessments and receive feedback) </w:t>
      </w:r>
      <w:r w:rsidRPr="00092BA5">
        <w:rPr>
          <w:rFonts w:asciiTheme="majorHAnsi" w:hAnsiTheme="majorHAnsi" w:cstheme="majorHAnsi"/>
          <w:vertAlign w:val="superscript"/>
        </w:rPr>
        <w:t>[8.5]</w:t>
      </w:r>
    </w:p>
    <w:p w14:paraId="6369F88E" w14:textId="77777777" w:rsidR="00092BA5" w:rsidRPr="00092BA5" w:rsidRDefault="00092BA5" w:rsidP="00BC7E06">
      <w:pPr>
        <w:pStyle w:val="ListParagraph"/>
        <w:numPr>
          <w:ilvl w:val="0"/>
          <w:numId w:val="29"/>
        </w:numPr>
        <w:rPr>
          <w:rFonts w:asciiTheme="majorHAnsi" w:hAnsiTheme="majorHAnsi" w:cstheme="majorHAnsi"/>
          <w:lang w:val="en-AU"/>
        </w:rPr>
      </w:pPr>
      <w:r w:rsidRPr="00092BA5">
        <w:rPr>
          <w:rFonts w:asciiTheme="majorHAnsi" w:hAnsiTheme="majorHAnsi" w:cstheme="majorHAnsi"/>
        </w:rPr>
        <w:t xml:space="preserve">Meaningful marking criteria that support goal setting and progress monitoring </w:t>
      </w:r>
      <w:r w:rsidRPr="00092BA5">
        <w:rPr>
          <w:rFonts w:asciiTheme="majorHAnsi" w:hAnsiTheme="majorHAnsi" w:cstheme="majorHAnsi"/>
          <w:vertAlign w:val="superscript"/>
        </w:rPr>
        <w:t>[6.1 6.4]</w:t>
      </w:r>
    </w:p>
    <w:p w14:paraId="73715898" w14:textId="77777777" w:rsidR="00092BA5" w:rsidRPr="00092BA5" w:rsidRDefault="00092BA5" w:rsidP="00BC7E06">
      <w:pPr>
        <w:pStyle w:val="ListParagraph"/>
        <w:numPr>
          <w:ilvl w:val="0"/>
          <w:numId w:val="29"/>
        </w:numPr>
        <w:rPr>
          <w:rFonts w:asciiTheme="majorHAnsi" w:hAnsiTheme="majorHAnsi" w:cstheme="majorHAnsi"/>
          <w:lang w:val="en-AU"/>
        </w:rPr>
      </w:pPr>
      <w:r w:rsidRPr="00092BA5">
        <w:rPr>
          <w:rFonts w:asciiTheme="majorHAnsi" w:hAnsiTheme="majorHAnsi" w:cstheme="majorHAnsi"/>
        </w:rPr>
        <w:t xml:space="preserve">Feed forward comments using a carefully designed feedforward matrix to replace </w:t>
      </w:r>
      <w:proofErr w:type="gramStart"/>
      <w:r w:rsidRPr="00092BA5">
        <w:rPr>
          <w:rFonts w:asciiTheme="majorHAnsi" w:hAnsiTheme="majorHAnsi" w:cstheme="majorHAnsi"/>
        </w:rPr>
        <w:t>the majority of</w:t>
      </w:r>
      <w:proofErr w:type="gramEnd"/>
      <w:r w:rsidRPr="00092BA5">
        <w:rPr>
          <w:rFonts w:asciiTheme="majorHAnsi" w:hAnsiTheme="majorHAnsi" w:cstheme="majorHAnsi"/>
        </w:rPr>
        <w:t xml:space="preserve"> ad hoc written feedback. It provides learners with consistent action-oriented guidance for future goals and improvement. </w:t>
      </w:r>
    </w:p>
    <w:p w14:paraId="52A4DC8F" w14:textId="6D03C1D5" w:rsidR="00092BA5" w:rsidRPr="00FD71B9" w:rsidRDefault="00092BA5" w:rsidP="00FD71B9">
      <w:pPr>
        <w:pStyle w:val="ListParagraph"/>
        <w:rPr>
          <w:rFonts w:asciiTheme="majorHAnsi" w:hAnsiTheme="majorHAnsi" w:cstheme="majorHAnsi"/>
          <w:lang w:val="en-AU"/>
        </w:rPr>
      </w:pPr>
      <w:r w:rsidRPr="00092BA5">
        <w:rPr>
          <w:rFonts w:asciiTheme="majorHAnsi" w:hAnsiTheme="majorHAnsi" w:cstheme="majorHAnsi"/>
          <w:vertAlign w:val="superscript"/>
        </w:rPr>
        <w:t>[6.1 6.4]</w:t>
      </w:r>
    </w:p>
    <w:p w14:paraId="04663D2B" w14:textId="0B75282B" w:rsidR="00F414E1" w:rsidRPr="009D2D1C" w:rsidRDefault="00711CE1">
      <w:pPr>
        <w:pStyle w:val="Heading1"/>
        <w:rPr>
          <w:rFonts w:cstheme="majorHAnsi"/>
        </w:rPr>
      </w:pPr>
      <w:bookmarkStart w:id="8" w:name="_Toc231831322"/>
      <w:r w:rsidRPr="009D2D1C">
        <w:rPr>
          <w:rFonts w:cstheme="majorHAnsi"/>
        </w:rPr>
        <w:t>Staff feedback</w:t>
      </w:r>
      <w:bookmarkEnd w:id="8"/>
    </w:p>
    <w:p w14:paraId="173238A2" w14:textId="28154DCB" w:rsidR="000436AC" w:rsidRPr="000436AC" w:rsidRDefault="000436AC" w:rsidP="000436AC">
      <w:pPr>
        <w:rPr>
          <w:rFonts w:asciiTheme="majorHAnsi" w:hAnsiTheme="majorHAnsi" w:cstheme="majorHAnsi"/>
        </w:rPr>
      </w:pPr>
      <w:r w:rsidRPr="000436AC">
        <w:rPr>
          <w:rFonts w:asciiTheme="majorHAnsi" w:hAnsiTheme="majorHAnsi" w:cstheme="majorHAnsi"/>
        </w:rPr>
        <w:t>Summary of individual comments from survey and informal conversations:</w:t>
      </w:r>
    </w:p>
    <w:p w14:paraId="059E1B60" w14:textId="7EEF4063" w:rsidR="000436AC" w:rsidRPr="000436AC" w:rsidRDefault="000436AC" w:rsidP="000436AC">
      <w:pPr>
        <w:pStyle w:val="ListParagraph"/>
        <w:numPr>
          <w:ilvl w:val="0"/>
          <w:numId w:val="11"/>
        </w:numPr>
        <w:rPr>
          <w:rFonts w:asciiTheme="majorHAnsi" w:hAnsiTheme="majorHAnsi" w:cstheme="majorHAnsi"/>
        </w:rPr>
      </w:pPr>
      <w:r w:rsidRPr="000436AC">
        <w:rPr>
          <w:rFonts w:asciiTheme="majorHAnsi" w:hAnsiTheme="majorHAnsi" w:cstheme="majorHAnsi"/>
        </w:rPr>
        <w:t>17 of 19 staff said confidence is growing in purposeful and inclusive teaching practices</w:t>
      </w:r>
    </w:p>
    <w:p w14:paraId="1D8CD6AB" w14:textId="52F2FAF3" w:rsidR="000436AC" w:rsidRPr="000436AC" w:rsidRDefault="000436AC" w:rsidP="000436AC">
      <w:pPr>
        <w:pStyle w:val="ListParagraph"/>
        <w:numPr>
          <w:ilvl w:val="0"/>
          <w:numId w:val="11"/>
        </w:numPr>
        <w:rPr>
          <w:rFonts w:asciiTheme="majorHAnsi" w:hAnsiTheme="majorHAnsi" w:cstheme="majorHAnsi"/>
        </w:rPr>
      </w:pPr>
      <w:r w:rsidRPr="000436AC">
        <w:rPr>
          <w:rFonts w:asciiTheme="majorHAnsi" w:hAnsiTheme="majorHAnsi" w:cstheme="majorHAnsi"/>
        </w:rPr>
        <w:t>safe learning space for teaching staff</w:t>
      </w:r>
    </w:p>
    <w:p w14:paraId="3F1418B7" w14:textId="4F14C197" w:rsidR="000436AC" w:rsidRPr="000436AC" w:rsidRDefault="000436AC" w:rsidP="000436AC">
      <w:pPr>
        <w:pStyle w:val="ListParagraph"/>
        <w:numPr>
          <w:ilvl w:val="0"/>
          <w:numId w:val="11"/>
        </w:numPr>
        <w:rPr>
          <w:rFonts w:asciiTheme="majorHAnsi" w:hAnsiTheme="majorHAnsi" w:cstheme="majorHAnsi"/>
        </w:rPr>
      </w:pPr>
      <w:r w:rsidRPr="000436AC">
        <w:rPr>
          <w:rFonts w:asciiTheme="majorHAnsi" w:hAnsiTheme="majorHAnsi" w:cstheme="majorHAnsi"/>
        </w:rPr>
        <w:t>mentoring input from outside of discipline results in creative and innovative solutions</w:t>
      </w:r>
    </w:p>
    <w:p w14:paraId="0104FFF9" w14:textId="414A3D12" w:rsidR="000436AC" w:rsidRPr="000436AC" w:rsidRDefault="000436AC" w:rsidP="000436AC">
      <w:pPr>
        <w:pStyle w:val="ListParagraph"/>
        <w:numPr>
          <w:ilvl w:val="0"/>
          <w:numId w:val="11"/>
        </w:numPr>
        <w:rPr>
          <w:rFonts w:asciiTheme="majorHAnsi" w:hAnsiTheme="majorHAnsi" w:cstheme="majorHAnsi"/>
        </w:rPr>
      </w:pPr>
      <w:r w:rsidRPr="000436AC">
        <w:rPr>
          <w:rFonts w:asciiTheme="majorHAnsi" w:hAnsiTheme="majorHAnsi" w:cstheme="majorHAnsi"/>
        </w:rPr>
        <w:t>varied, responsive, practical and adaptive support provides help where and when it is needed</w:t>
      </w:r>
    </w:p>
    <w:p w14:paraId="786AC85B" w14:textId="1E1921D0" w:rsidR="000436AC" w:rsidRPr="000436AC" w:rsidRDefault="000436AC" w:rsidP="000436AC">
      <w:pPr>
        <w:pStyle w:val="ListParagraph"/>
        <w:numPr>
          <w:ilvl w:val="0"/>
          <w:numId w:val="11"/>
        </w:numPr>
        <w:rPr>
          <w:rFonts w:asciiTheme="majorHAnsi" w:hAnsiTheme="majorHAnsi" w:cstheme="majorHAnsi"/>
          <w:b/>
          <w:bCs/>
        </w:rPr>
      </w:pPr>
      <w:r w:rsidRPr="000436AC">
        <w:rPr>
          <w:rFonts w:asciiTheme="majorHAnsi" w:hAnsiTheme="majorHAnsi" w:cstheme="majorHAnsi"/>
        </w:rPr>
        <w:t xml:space="preserve">feedback from classroom observations is </w:t>
      </w:r>
      <w:proofErr w:type="gramStart"/>
      <w:r w:rsidRPr="000436AC">
        <w:rPr>
          <w:rFonts w:asciiTheme="majorHAnsi" w:hAnsiTheme="majorHAnsi" w:cstheme="majorHAnsi"/>
        </w:rPr>
        <w:t>really useful</w:t>
      </w:r>
      <w:proofErr w:type="gramEnd"/>
      <w:r w:rsidRPr="000436AC">
        <w:rPr>
          <w:rFonts w:asciiTheme="majorHAnsi" w:hAnsiTheme="majorHAnsi" w:cstheme="majorHAnsi"/>
        </w:rPr>
        <w:t xml:space="preserve"> and helps me reflect on my practice</w:t>
      </w:r>
    </w:p>
    <w:p w14:paraId="73D83EFA" w14:textId="77777777" w:rsidR="00AF69E5" w:rsidRDefault="00AF69E5">
      <w:pPr>
        <w:rPr>
          <w:rFonts w:asciiTheme="majorHAnsi" w:eastAsiaTheme="majorEastAsia" w:hAnsiTheme="majorHAnsi" w:cstheme="majorBidi"/>
          <w:b/>
          <w:bCs/>
          <w:color w:val="365F91" w:themeColor="accent1" w:themeShade="BF"/>
          <w:sz w:val="28"/>
          <w:szCs w:val="28"/>
        </w:rPr>
      </w:pPr>
      <w:r>
        <w:br w:type="page"/>
      </w:r>
    </w:p>
    <w:p w14:paraId="15E5FD6E" w14:textId="4A4929DF" w:rsidR="00F414E1" w:rsidRDefault="00711CE1" w:rsidP="00C3077F">
      <w:pPr>
        <w:pStyle w:val="Heading1"/>
      </w:pPr>
      <w:bookmarkStart w:id="9" w:name="_Toc231831323"/>
      <w:r w:rsidRPr="009D2D1C">
        <w:lastRenderedPageBreak/>
        <w:t>Feed Forward Matrix</w:t>
      </w:r>
      <w:r w:rsidR="002D6482">
        <w:t xml:space="preserve"> Example</w:t>
      </w:r>
      <w:bookmarkEnd w:id="9"/>
    </w:p>
    <w:p w14:paraId="7E41D277" w14:textId="77777777" w:rsidR="002D6482" w:rsidRPr="002D6482" w:rsidRDefault="002D6482" w:rsidP="002D6482"/>
    <w:tbl>
      <w:tblPr>
        <w:tblW w:w="10632" w:type="dxa"/>
        <w:tblInd w:w="-411" w:type="dxa"/>
        <w:tblCellMar>
          <w:left w:w="0" w:type="dxa"/>
          <w:right w:w="0" w:type="dxa"/>
        </w:tblCellMar>
        <w:tblLook w:val="04A0" w:firstRow="1" w:lastRow="0" w:firstColumn="1" w:lastColumn="0" w:noHBand="0" w:noVBand="1"/>
      </w:tblPr>
      <w:tblGrid>
        <w:gridCol w:w="2709"/>
        <w:gridCol w:w="2679"/>
        <w:gridCol w:w="2551"/>
        <w:gridCol w:w="2693"/>
      </w:tblGrid>
      <w:tr w:rsidR="002D6482" w:rsidRPr="002D6482" w14:paraId="378FB00E" w14:textId="77777777" w:rsidTr="008A1267">
        <w:trPr>
          <w:trHeight w:val="422"/>
        </w:trPr>
        <w:tc>
          <w:tcPr>
            <w:tcW w:w="2709" w:type="dxa"/>
            <w:tcBorders>
              <w:top w:val="single" w:sz="18" w:space="0" w:color="0B1213"/>
              <w:left w:val="nil"/>
              <w:bottom w:val="single" w:sz="18" w:space="0" w:color="0B1213"/>
              <w:right w:val="nil"/>
            </w:tcBorders>
            <w:shd w:val="clear" w:color="auto" w:fill="E1ECED"/>
            <w:tcMar>
              <w:top w:w="14" w:type="dxa"/>
              <w:left w:w="15" w:type="dxa"/>
              <w:bottom w:w="14" w:type="dxa"/>
              <w:right w:w="14" w:type="dxa"/>
            </w:tcMar>
            <w:vAlign w:val="center"/>
            <w:hideMark/>
          </w:tcPr>
          <w:p w14:paraId="702ACC18" w14:textId="77777777" w:rsidR="002D6482" w:rsidRPr="002D6482" w:rsidRDefault="002D6482" w:rsidP="002D6482">
            <w:pPr>
              <w:spacing w:after="160"/>
              <w:ind w:left="144"/>
              <w:rPr>
                <w:rFonts w:asciiTheme="majorHAnsi" w:eastAsia="Times New Roman" w:hAnsiTheme="majorHAnsi" w:cstheme="majorHAnsi"/>
                <w:lang w:val="en-AU" w:eastAsia="en-AU"/>
              </w:rPr>
            </w:pPr>
            <w:r w:rsidRPr="002D6482">
              <w:rPr>
                <w:rFonts w:asciiTheme="majorHAnsi" w:eastAsia="Aptos" w:hAnsiTheme="majorHAnsi" w:cstheme="majorHAnsi"/>
                <w:b/>
                <w:bCs/>
                <w:color w:val="0B1213"/>
                <w:kern w:val="2"/>
                <w:lang w:eastAsia="en-AU"/>
              </w:rPr>
              <w:t>Area of focus</w:t>
            </w:r>
          </w:p>
        </w:tc>
        <w:tc>
          <w:tcPr>
            <w:tcW w:w="2679" w:type="dxa"/>
            <w:tcBorders>
              <w:top w:val="single" w:sz="18" w:space="0" w:color="0B1213"/>
              <w:left w:val="nil"/>
              <w:bottom w:val="single" w:sz="18" w:space="0" w:color="0B1213"/>
              <w:right w:val="nil"/>
            </w:tcBorders>
            <w:shd w:val="clear" w:color="auto" w:fill="F2F2F2"/>
            <w:tcMar>
              <w:top w:w="14" w:type="dxa"/>
              <w:left w:w="15" w:type="dxa"/>
              <w:bottom w:w="14" w:type="dxa"/>
              <w:right w:w="14" w:type="dxa"/>
            </w:tcMar>
            <w:vAlign w:val="center"/>
            <w:hideMark/>
          </w:tcPr>
          <w:p w14:paraId="34E49DFE"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Aptos" w:hAnsiTheme="majorHAnsi" w:cstheme="majorHAnsi"/>
                <w:b/>
                <w:bCs/>
                <w:color w:val="0B1213"/>
                <w:kern w:val="2"/>
                <w:lang w:eastAsia="en-AU"/>
              </w:rPr>
              <w:t>How to improve</w:t>
            </w:r>
          </w:p>
        </w:tc>
        <w:tc>
          <w:tcPr>
            <w:tcW w:w="2551" w:type="dxa"/>
            <w:tcBorders>
              <w:top w:val="single" w:sz="18" w:space="0" w:color="0B1213"/>
              <w:left w:val="nil"/>
              <w:bottom w:val="single" w:sz="18" w:space="0" w:color="0B1213"/>
              <w:right w:val="nil"/>
            </w:tcBorders>
            <w:shd w:val="clear" w:color="auto" w:fill="F2F2F2"/>
            <w:tcMar>
              <w:top w:w="14" w:type="dxa"/>
              <w:left w:w="15" w:type="dxa"/>
              <w:bottom w:w="14" w:type="dxa"/>
              <w:right w:w="14" w:type="dxa"/>
            </w:tcMar>
            <w:vAlign w:val="center"/>
            <w:hideMark/>
          </w:tcPr>
          <w:p w14:paraId="418DFB0E"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Aptos" w:hAnsiTheme="majorHAnsi" w:cstheme="majorHAnsi"/>
                <w:b/>
                <w:bCs/>
                <w:color w:val="0B1213"/>
                <w:kern w:val="2"/>
                <w:lang w:eastAsia="en-AU"/>
              </w:rPr>
              <w:t>How to improve</w:t>
            </w:r>
          </w:p>
        </w:tc>
        <w:tc>
          <w:tcPr>
            <w:tcW w:w="2693" w:type="dxa"/>
            <w:tcBorders>
              <w:top w:val="single" w:sz="18" w:space="0" w:color="0B1213"/>
              <w:left w:val="nil"/>
              <w:bottom w:val="single" w:sz="18" w:space="0" w:color="0B1213"/>
              <w:right w:val="nil"/>
            </w:tcBorders>
            <w:shd w:val="clear" w:color="auto" w:fill="F2F2F2"/>
            <w:tcMar>
              <w:top w:w="14" w:type="dxa"/>
              <w:left w:w="15" w:type="dxa"/>
              <w:bottom w:w="14" w:type="dxa"/>
              <w:right w:w="14" w:type="dxa"/>
            </w:tcMar>
            <w:vAlign w:val="center"/>
            <w:hideMark/>
          </w:tcPr>
          <w:p w14:paraId="7EE5237F"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Aptos" w:hAnsiTheme="majorHAnsi" w:cstheme="majorHAnsi"/>
                <w:b/>
                <w:bCs/>
                <w:color w:val="0B1213"/>
                <w:kern w:val="2"/>
                <w:lang w:eastAsia="en-AU"/>
              </w:rPr>
              <w:t>How to improve</w:t>
            </w:r>
          </w:p>
        </w:tc>
      </w:tr>
      <w:tr w:rsidR="002D6482" w:rsidRPr="002D6482" w14:paraId="57398300" w14:textId="77777777" w:rsidTr="008A1267">
        <w:trPr>
          <w:trHeight w:val="1246"/>
        </w:trPr>
        <w:tc>
          <w:tcPr>
            <w:tcW w:w="2709" w:type="dxa"/>
            <w:tcBorders>
              <w:top w:val="single" w:sz="18" w:space="0" w:color="0B1213"/>
              <w:left w:val="nil"/>
              <w:bottom w:val="nil"/>
              <w:right w:val="nil"/>
            </w:tcBorders>
            <w:shd w:val="clear" w:color="auto" w:fill="E1ECED"/>
            <w:tcMar>
              <w:top w:w="14" w:type="dxa"/>
              <w:left w:w="15" w:type="dxa"/>
              <w:bottom w:w="14" w:type="dxa"/>
              <w:right w:w="14" w:type="dxa"/>
            </w:tcMar>
            <w:vAlign w:val="center"/>
            <w:hideMark/>
          </w:tcPr>
          <w:p w14:paraId="1E61D8BD" w14:textId="77777777" w:rsidR="002D6482" w:rsidRPr="002D6482" w:rsidRDefault="002D6482" w:rsidP="002D6482">
            <w:pPr>
              <w:spacing w:after="160"/>
              <w:ind w:left="144"/>
              <w:rPr>
                <w:rFonts w:asciiTheme="majorHAnsi" w:eastAsia="Times New Roman" w:hAnsiTheme="majorHAnsi" w:cstheme="majorHAnsi"/>
                <w:lang w:val="en-AU" w:eastAsia="en-AU"/>
              </w:rPr>
            </w:pPr>
            <w:r w:rsidRPr="002D6482">
              <w:rPr>
                <w:rFonts w:asciiTheme="majorHAnsi" w:eastAsia="Times New Roman" w:hAnsiTheme="majorHAnsi" w:cstheme="majorHAnsi"/>
                <w:b/>
                <w:bCs/>
                <w:color w:val="0B1213"/>
                <w:kern w:val="2"/>
                <w:lang w:val="en-AU" w:eastAsia="en-AU"/>
              </w:rPr>
              <w:t>Understanding and Explanation of Core Value</w:t>
            </w:r>
          </w:p>
        </w:tc>
        <w:tc>
          <w:tcPr>
            <w:tcW w:w="2679" w:type="dxa"/>
            <w:tcBorders>
              <w:top w:val="single" w:sz="18" w:space="0" w:color="0B1213"/>
              <w:left w:val="nil"/>
              <w:bottom w:val="nil"/>
              <w:right w:val="nil"/>
            </w:tcBorders>
            <w:shd w:val="clear" w:color="auto" w:fill="F2F2F2"/>
            <w:tcMar>
              <w:top w:w="14" w:type="dxa"/>
              <w:left w:w="15" w:type="dxa"/>
              <w:bottom w:w="14" w:type="dxa"/>
              <w:right w:w="14" w:type="dxa"/>
            </w:tcMar>
            <w:vAlign w:val="center"/>
            <w:hideMark/>
          </w:tcPr>
          <w:p w14:paraId="2AC4815C"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Further clarify or refine the explanation of the core value.</w:t>
            </w:r>
          </w:p>
        </w:tc>
        <w:tc>
          <w:tcPr>
            <w:tcW w:w="2551" w:type="dxa"/>
            <w:tcBorders>
              <w:top w:val="single" w:sz="18" w:space="0" w:color="0B1213"/>
              <w:left w:val="nil"/>
              <w:bottom w:val="nil"/>
              <w:right w:val="nil"/>
            </w:tcBorders>
            <w:shd w:val="clear" w:color="auto" w:fill="F2F2F2"/>
            <w:tcMar>
              <w:top w:w="14" w:type="dxa"/>
              <w:left w:w="15" w:type="dxa"/>
              <w:bottom w:w="14" w:type="dxa"/>
              <w:right w:w="14" w:type="dxa"/>
            </w:tcMar>
            <w:vAlign w:val="center"/>
            <w:hideMark/>
          </w:tcPr>
          <w:p w14:paraId="4FA370D3"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Strengthen the connection between the core value and the community case study.</w:t>
            </w:r>
          </w:p>
        </w:tc>
        <w:tc>
          <w:tcPr>
            <w:tcW w:w="2693" w:type="dxa"/>
            <w:tcBorders>
              <w:top w:val="single" w:sz="18" w:space="0" w:color="0B1213"/>
              <w:left w:val="nil"/>
              <w:bottom w:val="nil"/>
              <w:right w:val="nil"/>
            </w:tcBorders>
            <w:shd w:val="clear" w:color="auto" w:fill="F2F2F2"/>
            <w:tcMar>
              <w:top w:w="14" w:type="dxa"/>
              <w:left w:w="15" w:type="dxa"/>
              <w:bottom w:w="14" w:type="dxa"/>
              <w:right w:w="14" w:type="dxa"/>
            </w:tcMar>
            <w:vAlign w:val="center"/>
            <w:hideMark/>
          </w:tcPr>
          <w:p w14:paraId="4C2C36A7"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Ensure evidence-based information is used consistently.</w:t>
            </w:r>
          </w:p>
        </w:tc>
      </w:tr>
      <w:tr w:rsidR="002D6482" w:rsidRPr="002D6482" w14:paraId="4CD139BE" w14:textId="77777777" w:rsidTr="008A1267">
        <w:trPr>
          <w:trHeight w:val="1179"/>
        </w:trPr>
        <w:tc>
          <w:tcPr>
            <w:tcW w:w="2709" w:type="dxa"/>
            <w:tcBorders>
              <w:top w:val="nil"/>
              <w:left w:val="nil"/>
              <w:bottom w:val="nil"/>
              <w:right w:val="nil"/>
            </w:tcBorders>
            <w:shd w:val="clear" w:color="auto" w:fill="E1ECED"/>
            <w:tcMar>
              <w:top w:w="14" w:type="dxa"/>
              <w:left w:w="69" w:type="dxa"/>
              <w:bottom w:w="14" w:type="dxa"/>
              <w:right w:w="14" w:type="dxa"/>
            </w:tcMar>
            <w:vAlign w:val="center"/>
            <w:hideMark/>
          </w:tcPr>
          <w:p w14:paraId="54638B23"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b/>
                <w:bCs/>
                <w:color w:val="0B1213"/>
                <w:kern w:val="2"/>
                <w:lang w:val="en-AU" w:eastAsia="en-AU"/>
              </w:rPr>
              <w:t>Application to Case Study</w:t>
            </w:r>
          </w:p>
        </w:tc>
        <w:tc>
          <w:tcPr>
            <w:tcW w:w="2679" w:type="dxa"/>
            <w:tcBorders>
              <w:top w:val="nil"/>
              <w:left w:val="nil"/>
              <w:bottom w:val="nil"/>
              <w:right w:val="nil"/>
            </w:tcBorders>
            <w:tcMar>
              <w:top w:w="14" w:type="dxa"/>
              <w:left w:w="69" w:type="dxa"/>
              <w:bottom w:w="14" w:type="dxa"/>
              <w:right w:w="14" w:type="dxa"/>
            </w:tcMar>
            <w:vAlign w:val="center"/>
            <w:hideMark/>
          </w:tcPr>
          <w:p w14:paraId="09DDAC63"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Provide more specific examples to illustrate the application of the core value.</w:t>
            </w:r>
          </w:p>
        </w:tc>
        <w:tc>
          <w:tcPr>
            <w:tcW w:w="2551" w:type="dxa"/>
            <w:tcBorders>
              <w:top w:val="nil"/>
              <w:left w:val="nil"/>
              <w:bottom w:val="nil"/>
              <w:right w:val="nil"/>
            </w:tcBorders>
            <w:tcMar>
              <w:top w:w="14" w:type="dxa"/>
              <w:left w:w="69" w:type="dxa"/>
              <w:bottom w:w="14" w:type="dxa"/>
              <w:right w:w="14" w:type="dxa"/>
            </w:tcMar>
            <w:vAlign w:val="center"/>
            <w:hideMark/>
          </w:tcPr>
          <w:p w14:paraId="182B104F"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Strengthen the connection between theory and practice.</w:t>
            </w:r>
          </w:p>
        </w:tc>
        <w:tc>
          <w:tcPr>
            <w:tcW w:w="2693" w:type="dxa"/>
            <w:tcBorders>
              <w:top w:val="nil"/>
              <w:left w:val="nil"/>
              <w:bottom w:val="nil"/>
              <w:right w:val="nil"/>
            </w:tcBorders>
            <w:tcMar>
              <w:top w:w="14" w:type="dxa"/>
              <w:left w:w="69" w:type="dxa"/>
              <w:bottom w:w="14" w:type="dxa"/>
              <w:right w:w="14" w:type="dxa"/>
            </w:tcMar>
            <w:vAlign w:val="center"/>
            <w:hideMark/>
          </w:tcPr>
          <w:p w14:paraId="471D5EF8"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Address potential challenges in applying the core value.</w:t>
            </w:r>
          </w:p>
        </w:tc>
      </w:tr>
      <w:tr w:rsidR="002D6482" w:rsidRPr="002D6482" w14:paraId="71867086" w14:textId="77777777" w:rsidTr="008A1267">
        <w:trPr>
          <w:trHeight w:val="1262"/>
        </w:trPr>
        <w:tc>
          <w:tcPr>
            <w:tcW w:w="2709" w:type="dxa"/>
            <w:tcBorders>
              <w:top w:val="nil"/>
              <w:left w:val="nil"/>
              <w:bottom w:val="single" w:sz="18" w:space="0" w:color="0B1213"/>
              <w:right w:val="nil"/>
            </w:tcBorders>
            <w:shd w:val="clear" w:color="auto" w:fill="E1ECED"/>
            <w:tcMar>
              <w:top w:w="14" w:type="dxa"/>
              <w:left w:w="15" w:type="dxa"/>
              <w:bottom w:w="14" w:type="dxa"/>
              <w:right w:w="14" w:type="dxa"/>
            </w:tcMar>
            <w:vAlign w:val="center"/>
            <w:hideMark/>
          </w:tcPr>
          <w:p w14:paraId="11A10C36" w14:textId="77777777" w:rsidR="002D6482" w:rsidRPr="002D6482" w:rsidRDefault="002D6482" w:rsidP="002D6482">
            <w:pPr>
              <w:spacing w:after="160"/>
              <w:ind w:left="144"/>
              <w:rPr>
                <w:rFonts w:asciiTheme="majorHAnsi" w:eastAsia="Times New Roman" w:hAnsiTheme="majorHAnsi" w:cstheme="majorHAnsi"/>
                <w:lang w:val="en-AU" w:eastAsia="en-AU"/>
              </w:rPr>
            </w:pPr>
            <w:r w:rsidRPr="002D6482">
              <w:rPr>
                <w:rFonts w:asciiTheme="majorHAnsi" w:eastAsia="Times New Roman" w:hAnsiTheme="majorHAnsi" w:cstheme="majorHAnsi"/>
                <w:b/>
                <w:bCs/>
                <w:color w:val="0B1213"/>
                <w:kern w:val="2"/>
                <w:lang w:val="en-AU" w:eastAsia="en-AU"/>
              </w:rPr>
              <w:t>Engagement and Presentation Style</w:t>
            </w:r>
          </w:p>
        </w:tc>
        <w:tc>
          <w:tcPr>
            <w:tcW w:w="2679" w:type="dxa"/>
            <w:tcBorders>
              <w:top w:val="nil"/>
              <w:left w:val="nil"/>
              <w:bottom w:val="single" w:sz="18" w:space="0" w:color="0B1213"/>
              <w:right w:val="nil"/>
            </w:tcBorders>
            <w:shd w:val="clear" w:color="auto" w:fill="F2F2F2"/>
            <w:tcMar>
              <w:top w:w="14" w:type="dxa"/>
              <w:left w:w="15" w:type="dxa"/>
              <w:bottom w:w="14" w:type="dxa"/>
              <w:right w:w="14" w:type="dxa"/>
            </w:tcMar>
            <w:vAlign w:val="center"/>
            <w:hideMark/>
          </w:tcPr>
          <w:p w14:paraId="6A5E3374"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Use more compelling storytelling or narrative to engage audience</w:t>
            </w:r>
          </w:p>
        </w:tc>
        <w:tc>
          <w:tcPr>
            <w:tcW w:w="2551" w:type="dxa"/>
            <w:tcBorders>
              <w:top w:val="nil"/>
              <w:left w:val="nil"/>
              <w:bottom w:val="single" w:sz="18" w:space="0" w:color="0B1213"/>
              <w:right w:val="nil"/>
            </w:tcBorders>
            <w:shd w:val="clear" w:color="auto" w:fill="F2F2F2"/>
            <w:tcMar>
              <w:top w:w="14" w:type="dxa"/>
              <w:left w:w="15" w:type="dxa"/>
              <w:bottom w:w="14" w:type="dxa"/>
              <w:right w:w="14" w:type="dxa"/>
            </w:tcMar>
            <w:vAlign w:val="center"/>
            <w:hideMark/>
          </w:tcPr>
          <w:p w14:paraId="3AE8E00D"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Using varied tone, pace, and volume would make your speech more engaging.</w:t>
            </w:r>
          </w:p>
        </w:tc>
        <w:tc>
          <w:tcPr>
            <w:tcW w:w="2693" w:type="dxa"/>
            <w:tcBorders>
              <w:top w:val="nil"/>
              <w:left w:val="nil"/>
              <w:bottom w:val="single" w:sz="18" w:space="0" w:color="0B1213"/>
              <w:right w:val="nil"/>
            </w:tcBorders>
            <w:shd w:val="clear" w:color="auto" w:fill="F2F2F2"/>
            <w:tcMar>
              <w:top w:w="14" w:type="dxa"/>
              <w:left w:w="15" w:type="dxa"/>
              <w:bottom w:w="14" w:type="dxa"/>
              <w:right w:w="14" w:type="dxa"/>
            </w:tcMar>
            <w:vAlign w:val="center"/>
            <w:hideMark/>
          </w:tcPr>
          <w:p w14:paraId="12E836AE" w14:textId="77777777" w:rsidR="002D6482" w:rsidRPr="002D6482" w:rsidRDefault="002D6482" w:rsidP="002D6482">
            <w:pPr>
              <w:spacing w:after="160"/>
              <w:rPr>
                <w:rFonts w:asciiTheme="majorHAnsi" w:eastAsia="Times New Roman" w:hAnsiTheme="majorHAnsi" w:cstheme="majorHAnsi"/>
                <w:lang w:val="en-AU" w:eastAsia="en-AU"/>
              </w:rPr>
            </w:pPr>
            <w:r w:rsidRPr="002D6482">
              <w:rPr>
                <w:rFonts w:asciiTheme="majorHAnsi" w:eastAsia="Times New Roman" w:hAnsiTheme="majorHAnsi" w:cstheme="majorHAnsi"/>
                <w:color w:val="0B1213"/>
                <w:kern w:val="2"/>
                <w:lang w:val="en-AU" w:eastAsia="en-AU"/>
              </w:rPr>
              <w:t>Use relevant examples or visual aids to engage audience</w:t>
            </w:r>
          </w:p>
        </w:tc>
      </w:tr>
    </w:tbl>
    <w:p w14:paraId="09B8163E" w14:textId="2538AC86" w:rsidR="00F414E1" w:rsidRPr="009D2D1C" w:rsidRDefault="00711CE1">
      <w:pPr>
        <w:pStyle w:val="Heading1"/>
        <w:rPr>
          <w:rFonts w:cstheme="majorHAnsi"/>
        </w:rPr>
      </w:pPr>
      <w:bookmarkStart w:id="10" w:name="_Toc231831324"/>
      <w:r w:rsidRPr="009D2D1C">
        <w:rPr>
          <w:rFonts w:cstheme="majorHAnsi"/>
        </w:rPr>
        <w:t>Challenges</w:t>
      </w:r>
      <w:bookmarkEnd w:id="10"/>
    </w:p>
    <w:p w14:paraId="3B9A5E09" w14:textId="0A3F52B2" w:rsidR="002D6482" w:rsidRPr="002D6482" w:rsidRDefault="00092BA5" w:rsidP="002D6482">
      <w:pPr>
        <w:pStyle w:val="ListParagraph"/>
        <w:numPr>
          <w:ilvl w:val="0"/>
          <w:numId w:val="19"/>
        </w:numPr>
        <w:rPr>
          <w:rFonts w:asciiTheme="majorHAnsi" w:hAnsiTheme="majorHAnsi" w:cstheme="majorHAnsi"/>
        </w:rPr>
      </w:pPr>
      <w:r>
        <w:rPr>
          <w:noProof/>
        </w:rPr>
        <w:drawing>
          <wp:anchor distT="0" distB="0" distL="114300" distR="114300" simplePos="0" relativeHeight="251966976" behindDoc="0" locked="0" layoutInCell="1" allowOverlap="1" wp14:anchorId="7662BE86" wp14:editId="3BE732BA">
            <wp:simplePos x="0" y="0"/>
            <wp:positionH relativeFrom="column">
              <wp:posOffset>4753610</wp:posOffset>
            </wp:positionH>
            <wp:positionV relativeFrom="paragraph">
              <wp:posOffset>-294005</wp:posOffset>
            </wp:positionV>
            <wp:extent cx="1543050" cy="1739900"/>
            <wp:effectExtent l="0" t="0" r="0" b="0"/>
            <wp:wrapSquare wrapText="bothSides"/>
            <wp:docPr id="1601662173" name="Picture 1" descr="Meme. 2 still frames of Michael Scott from The Office speaking to camera.&#10;Text reads: I knew exactly what to do. But in a much more real way I had no idea what to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62173" name="Picture 1" descr="Meme. 2 still frames of Michael Scott from The Office speaking to camera.&#10;Text reads: I knew exactly what to do. But in a much more real way I had no idea what to do."/>
                    <pic:cNvPicPr/>
                  </pic:nvPicPr>
                  <pic:blipFill>
                    <a:blip r:embed="rId31" cstate="screen">
                      <a:extLst>
                        <a:ext uri="{28A0092B-C50C-407E-A947-70E740481C1C}">
                          <a14:useLocalDpi xmlns:a14="http://schemas.microsoft.com/office/drawing/2010/main"/>
                        </a:ext>
                      </a:extLst>
                    </a:blip>
                    <a:stretch>
                      <a:fillRect/>
                    </a:stretch>
                  </pic:blipFill>
                  <pic:spPr>
                    <a:xfrm>
                      <a:off x="0" y="0"/>
                      <a:ext cx="1543050" cy="1739900"/>
                    </a:xfrm>
                    <a:prstGeom prst="rect">
                      <a:avLst/>
                    </a:prstGeom>
                  </pic:spPr>
                </pic:pic>
              </a:graphicData>
            </a:graphic>
            <wp14:sizeRelH relativeFrom="margin">
              <wp14:pctWidth>0</wp14:pctWidth>
            </wp14:sizeRelH>
            <wp14:sizeRelV relativeFrom="margin">
              <wp14:pctHeight>0</wp14:pctHeight>
            </wp14:sizeRelV>
          </wp:anchor>
        </w:drawing>
      </w:r>
      <w:r w:rsidR="002D6482" w:rsidRPr="002D6482">
        <w:rPr>
          <w:rFonts w:asciiTheme="majorHAnsi" w:hAnsiTheme="majorHAnsi" w:cstheme="majorHAnsi"/>
        </w:rPr>
        <w:t>Workload</w:t>
      </w:r>
    </w:p>
    <w:p w14:paraId="2C16525E" w14:textId="16C34CC2" w:rsidR="002D6482" w:rsidRPr="002D6482" w:rsidRDefault="002D6482" w:rsidP="002D6482">
      <w:pPr>
        <w:pStyle w:val="ListParagraph"/>
        <w:numPr>
          <w:ilvl w:val="0"/>
          <w:numId w:val="19"/>
        </w:numPr>
        <w:rPr>
          <w:rFonts w:asciiTheme="majorHAnsi" w:hAnsiTheme="majorHAnsi" w:cstheme="majorHAnsi"/>
        </w:rPr>
      </w:pPr>
      <w:r w:rsidRPr="002D6482">
        <w:rPr>
          <w:rFonts w:asciiTheme="majorHAnsi" w:hAnsiTheme="majorHAnsi" w:cstheme="majorHAnsi"/>
        </w:rPr>
        <w:t>Varying levels of implementation</w:t>
      </w:r>
    </w:p>
    <w:p w14:paraId="6F62A47B" w14:textId="722FDB15" w:rsidR="002D6482" w:rsidRPr="002D6482" w:rsidRDefault="002D6482" w:rsidP="002D6482">
      <w:pPr>
        <w:pStyle w:val="ListParagraph"/>
        <w:numPr>
          <w:ilvl w:val="0"/>
          <w:numId w:val="19"/>
        </w:numPr>
        <w:rPr>
          <w:rFonts w:asciiTheme="majorHAnsi" w:hAnsiTheme="majorHAnsi" w:cstheme="majorHAnsi"/>
        </w:rPr>
      </w:pPr>
      <w:r w:rsidRPr="002D6482">
        <w:rPr>
          <w:rFonts w:asciiTheme="majorHAnsi" w:hAnsiTheme="majorHAnsi" w:cstheme="majorHAnsi"/>
        </w:rPr>
        <w:t>Persistence in the face of student complacency or negativity</w:t>
      </w:r>
    </w:p>
    <w:p w14:paraId="40BE729E" w14:textId="59BBA009" w:rsidR="002D6482" w:rsidRPr="002D6482" w:rsidRDefault="00E434F7" w:rsidP="002D6482">
      <w:pPr>
        <w:pStyle w:val="ListParagraph"/>
        <w:numPr>
          <w:ilvl w:val="0"/>
          <w:numId w:val="19"/>
        </w:numPr>
        <w:rPr>
          <w:rFonts w:asciiTheme="majorHAnsi" w:hAnsiTheme="majorHAnsi" w:cstheme="majorHAnsi"/>
        </w:rPr>
      </w:pPr>
      <w:r>
        <w:rPr>
          <w:noProof/>
        </w:rPr>
        <mc:AlternateContent>
          <mc:Choice Requires="wps">
            <w:drawing>
              <wp:anchor distT="0" distB="0" distL="114300" distR="114300" simplePos="0" relativeHeight="251969024" behindDoc="0" locked="0" layoutInCell="1" allowOverlap="1" wp14:anchorId="6196BDE7" wp14:editId="7CAFFC1F">
                <wp:simplePos x="0" y="0"/>
                <wp:positionH relativeFrom="column">
                  <wp:posOffset>4766310</wp:posOffset>
                </wp:positionH>
                <wp:positionV relativeFrom="paragraph">
                  <wp:posOffset>967154</wp:posOffset>
                </wp:positionV>
                <wp:extent cx="1543050" cy="375285"/>
                <wp:effectExtent l="0" t="0" r="0" b="5715"/>
                <wp:wrapSquare wrapText="bothSides"/>
                <wp:docPr id="1645041709" name="Text Box 1"/>
                <wp:cNvGraphicFramePr/>
                <a:graphic xmlns:a="http://schemas.openxmlformats.org/drawingml/2006/main">
                  <a:graphicData uri="http://schemas.microsoft.com/office/word/2010/wordprocessingShape">
                    <wps:wsp>
                      <wps:cNvSpPr txBox="1"/>
                      <wps:spPr>
                        <a:xfrm>
                          <a:off x="0" y="0"/>
                          <a:ext cx="1543050" cy="375285"/>
                        </a:xfrm>
                        <a:prstGeom prst="rect">
                          <a:avLst/>
                        </a:prstGeom>
                        <a:solidFill>
                          <a:prstClr val="white"/>
                        </a:solidFill>
                        <a:ln>
                          <a:noFill/>
                        </a:ln>
                      </wps:spPr>
                      <wps:txbx>
                        <w:txbxContent>
                          <w:p w14:paraId="7869ED83" w14:textId="4EAAA86E" w:rsidR="008A1267" w:rsidRPr="008927C4" w:rsidRDefault="008A1267" w:rsidP="008A1267">
                            <w:pPr>
                              <w:pStyle w:val="Caption"/>
                              <w:rPr>
                                <w:rFonts w:asciiTheme="majorHAnsi" w:hAnsiTheme="majorHAnsi" w:cstheme="majorHAnsi"/>
                                <w:b w:val="0"/>
                                <w:bCs w:val="0"/>
                                <w:noProof/>
                                <w:color w:val="244061" w:themeColor="accent1" w:themeShade="80"/>
                                <w:sz w:val="16"/>
                                <w:szCs w:val="16"/>
                              </w:rPr>
                            </w:pPr>
                            <w:r w:rsidRPr="008927C4">
                              <w:rPr>
                                <w:rFonts w:asciiTheme="majorHAnsi" w:hAnsiTheme="majorHAnsi" w:cstheme="majorHAnsi"/>
                                <w:b w:val="0"/>
                                <w:bCs w:val="0"/>
                                <w:noProof/>
                                <w:color w:val="244061" w:themeColor="accent1" w:themeShade="80"/>
                                <w:sz w:val="16"/>
                                <w:szCs w:val="16"/>
                              </w:rPr>
                              <w:fldChar w:fldCharType="begin"/>
                            </w:r>
                            <w:r w:rsidRPr="008927C4">
                              <w:rPr>
                                <w:rFonts w:asciiTheme="majorHAnsi" w:hAnsiTheme="majorHAnsi" w:cstheme="majorHAnsi"/>
                                <w:b w:val="0"/>
                                <w:bCs w:val="0"/>
                                <w:noProof/>
                                <w:color w:val="244061" w:themeColor="accent1" w:themeShade="80"/>
                                <w:sz w:val="16"/>
                                <w:szCs w:val="16"/>
                              </w:rPr>
                              <w:instrText xml:space="preserve"> SEQ Figure \* ARABIC </w:instrText>
                            </w:r>
                            <w:r w:rsidRPr="008927C4">
                              <w:rPr>
                                <w:rFonts w:asciiTheme="majorHAnsi" w:hAnsiTheme="majorHAnsi" w:cstheme="majorHAnsi"/>
                                <w:b w:val="0"/>
                                <w:bCs w:val="0"/>
                                <w:noProof/>
                                <w:color w:val="244061" w:themeColor="accent1" w:themeShade="80"/>
                                <w:sz w:val="16"/>
                                <w:szCs w:val="16"/>
                              </w:rPr>
                              <w:fldChar w:fldCharType="separate"/>
                            </w:r>
                            <w:r w:rsidR="00092BA5" w:rsidRPr="008927C4">
                              <w:rPr>
                                <w:rFonts w:asciiTheme="majorHAnsi" w:hAnsiTheme="majorHAnsi" w:cstheme="majorHAnsi"/>
                                <w:b w:val="0"/>
                                <w:bCs w:val="0"/>
                                <w:noProof/>
                                <w:color w:val="244061" w:themeColor="accent1" w:themeShade="80"/>
                                <w:sz w:val="16"/>
                                <w:szCs w:val="16"/>
                              </w:rPr>
                              <w:t>2</w:t>
                            </w:r>
                            <w:r w:rsidRPr="008927C4">
                              <w:rPr>
                                <w:rFonts w:asciiTheme="majorHAnsi" w:hAnsiTheme="majorHAnsi" w:cstheme="majorHAnsi"/>
                                <w:b w:val="0"/>
                                <w:bCs w:val="0"/>
                                <w:noProof/>
                                <w:color w:val="244061" w:themeColor="accent1" w:themeShade="80"/>
                                <w:sz w:val="16"/>
                                <w:szCs w:val="16"/>
                              </w:rPr>
                              <w:fldChar w:fldCharType="end"/>
                            </w:r>
                            <w:r w:rsidRPr="008927C4">
                              <w:rPr>
                                <w:rFonts w:asciiTheme="majorHAnsi" w:hAnsiTheme="majorHAnsi" w:cstheme="majorHAnsi"/>
                                <w:b w:val="0"/>
                                <w:bCs w:val="0"/>
                                <w:color w:val="244061" w:themeColor="accent1" w:themeShade="80"/>
                                <w:sz w:val="16"/>
                                <w:szCs w:val="16"/>
                              </w:rPr>
                              <w:t>. Image credit: stills from TV series The Office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96BDE7" id="_x0000_s1027" type="#_x0000_t202" style="position:absolute;left:0;text-align:left;margin-left:375.3pt;margin-top:76.15pt;width:121.5pt;height:29.55pt;z-index:25196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" stroked="f">
                <v:textbox style="mso-fit-shape-to-text:t" inset="0,0,0,0">
                  <w:txbxContent>
                    <w:p w14:paraId="7869ED83" w14:textId="4EAAA86E" w:rsidR="008A1267" w:rsidRPr="008927C4" w:rsidRDefault="008A1267" w:rsidP="008A1267">
                      <w:pPr>
                        <w:pStyle w:val="Caption"/>
                        <w:rPr>
                          <w:rFonts w:asciiTheme="majorHAnsi" w:hAnsiTheme="majorHAnsi" w:cstheme="majorHAnsi"/>
                          <w:b w:val="0"/>
                          <w:bCs w:val="0"/>
                          <w:noProof/>
                          <w:color w:val="244061" w:themeColor="accent1" w:themeShade="80"/>
                          <w:sz w:val="16"/>
                          <w:szCs w:val="16"/>
                        </w:rPr>
                      </w:pPr>
                      <w:r w:rsidRPr="008927C4">
                        <w:rPr>
                          <w:rFonts w:asciiTheme="majorHAnsi" w:hAnsiTheme="majorHAnsi" w:cstheme="majorHAnsi"/>
                          <w:b w:val="0"/>
                          <w:bCs w:val="0"/>
                          <w:noProof/>
                          <w:color w:val="244061" w:themeColor="accent1" w:themeShade="80"/>
                          <w:sz w:val="16"/>
                          <w:szCs w:val="16"/>
                        </w:rPr>
                        <w:fldChar w:fldCharType="begin"/>
                      </w:r>
                      <w:r w:rsidRPr="008927C4">
                        <w:rPr>
                          <w:rFonts w:asciiTheme="majorHAnsi" w:hAnsiTheme="majorHAnsi" w:cstheme="majorHAnsi"/>
                          <w:b w:val="0"/>
                          <w:bCs w:val="0"/>
                          <w:noProof/>
                          <w:color w:val="244061" w:themeColor="accent1" w:themeShade="80"/>
                          <w:sz w:val="16"/>
                          <w:szCs w:val="16"/>
                        </w:rPr>
                        <w:instrText xml:space="preserve"> SEQ Figure \* ARABIC </w:instrText>
                      </w:r>
                      <w:r w:rsidRPr="008927C4">
                        <w:rPr>
                          <w:rFonts w:asciiTheme="majorHAnsi" w:hAnsiTheme="majorHAnsi" w:cstheme="majorHAnsi"/>
                          <w:b w:val="0"/>
                          <w:bCs w:val="0"/>
                          <w:noProof/>
                          <w:color w:val="244061" w:themeColor="accent1" w:themeShade="80"/>
                          <w:sz w:val="16"/>
                          <w:szCs w:val="16"/>
                        </w:rPr>
                        <w:fldChar w:fldCharType="separate"/>
                      </w:r>
                      <w:r w:rsidR="00092BA5" w:rsidRPr="008927C4">
                        <w:rPr>
                          <w:rFonts w:asciiTheme="majorHAnsi" w:hAnsiTheme="majorHAnsi" w:cstheme="majorHAnsi"/>
                          <w:b w:val="0"/>
                          <w:bCs w:val="0"/>
                          <w:noProof/>
                          <w:color w:val="244061" w:themeColor="accent1" w:themeShade="80"/>
                          <w:sz w:val="16"/>
                          <w:szCs w:val="16"/>
                        </w:rPr>
                        <w:t>2</w:t>
                      </w:r>
                      <w:r w:rsidRPr="008927C4">
                        <w:rPr>
                          <w:rFonts w:asciiTheme="majorHAnsi" w:hAnsiTheme="majorHAnsi" w:cstheme="majorHAnsi"/>
                          <w:b w:val="0"/>
                          <w:bCs w:val="0"/>
                          <w:noProof/>
                          <w:color w:val="244061" w:themeColor="accent1" w:themeShade="80"/>
                          <w:sz w:val="16"/>
                          <w:szCs w:val="16"/>
                        </w:rPr>
                        <w:fldChar w:fldCharType="end"/>
                      </w:r>
                      <w:r w:rsidRPr="008927C4">
                        <w:rPr>
                          <w:rFonts w:asciiTheme="majorHAnsi" w:hAnsiTheme="majorHAnsi" w:cstheme="majorHAnsi"/>
                          <w:b w:val="0"/>
                          <w:bCs w:val="0"/>
                          <w:color w:val="244061" w:themeColor="accent1" w:themeShade="80"/>
                          <w:sz w:val="16"/>
                          <w:szCs w:val="16"/>
                        </w:rPr>
                        <w:t>. Image credit: stills from TV series The Office</w:t>
                      </w:r>
                    </w:p>
                  </w:txbxContent>
                </v:textbox>
                <w10:wrap type="square"/>
              </v:shape>
            </w:pict>
          </mc:Fallback>
        </mc:AlternateContent>
      </w:r>
      <w:r w:rsidR="002D6482" w:rsidRPr="002D6482">
        <w:rPr>
          <w:rFonts w:asciiTheme="majorHAnsi" w:hAnsiTheme="majorHAnsi" w:cstheme="majorHAnsi"/>
        </w:rPr>
        <w:t>How to inform students about UDL</w:t>
      </w:r>
    </w:p>
    <w:p w14:paraId="57098E81" w14:textId="77777777" w:rsidR="00AF69E5" w:rsidRDefault="00AF69E5" w:rsidP="00AF69E5"/>
    <w:p w14:paraId="2ABBCFB5" w14:textId="370BB41D" w:rsidR="00F414E1" w:rsidRPr="009D2D1C" w:rsidRDefault="00711CE1" w:rsidP="002D6482">
      <w:pPr>
        <w:pStyle w:val="Heading1"/>
      </w:pPr>
      <w:bookmarkStart w:id="11" w:name="_Toc231831325"/>
      <w:r w:rsidRPr="009D2D1C">
        <w:t>What Now</w:t>
      </w:r>
      <w:bookmarkEnd w:id="11"/>
    </w:p>
    <w:p w14:paraId="1F5D8B1A" w14:textId="3A571930" w:rsidR="002D6482" w:rsidRPr="002D6482" w:rsidRDefault="003E1EAA" w:rsidP="002D6482">
      <w:pPr>
        <w:rPr>
          <w:rFonts w:asciiTheme="majorHAnsi" w:hAnsiTheme="majorHAnsi" w:cstheme="majorHAnsi"/>
        </w:rPr>
      </w:pPr>
      <w:r w:rsidRPr="002D6482">
        <w:rPr>
          <w:rFonts w:asciiTheme="majorHAnsi" w:hAnsiTheme="majorHAnsi" w:cstheme="majorHAnsi"/>
          <w:b/>
          <w:bCs/>
          <w:noProof/>
        </w:rPr>
        <w:drawing>
          <wp:anchor distT="0" distB="0" distL="114300" distR="114300" simplePos="0" relativeHeight="251972096" behindDoc="0" locked="0" layoutInCell="1" allowOverlap="1" wp14:anchorId="5926E80C" wp14:editId="0320A435">
            <wp:simplePos x="0" y="0"/>
            <wp:positionH relativeFrom="column">
              <wp:posOffset>5334635</wp:posOffset>
            </wp:positionH>
            <wp:positionV relativeFrom="paragraph">
              <wp:posOffset>8743</wp:posOffset>
            </wp:positionV>
            <wp:extent cx="1212850" cy="1212850"/>
            <wp:effectExtent l="0" t="0" r="6350" b="6350"/>
            <wp:wrapThrough wrapText="bothSides">
              <wp:wrapPolygon edited="0">
                <wp:start x="0" y="0"/>
                <wp:lineTo x="0" y="21374"/>
                <wp:lineTo x="21374" y="21374"/>
                <wp:lineTo x="21374" y="0"/>
                <wp:lineTo x="0" y="0"/>
              </wp:wrapPolygon>
            </wp:wrapThrough>
            <wp:docPr id="7" name="Content Placeholder 6" descr="Scan to open interactive poster.">
              <a:extLst xmlns:a="http://schemas.openxmlformats.org/drawingml/2006/main">
                <a:ext uri="{FF2B5EF4-FFF2-40B4-BE49-F238E27FC236}">
                  <a16:creationId xmlns:a16="http://schemas.microsoft.com/office/drawing/2014/main" id="{8F8DD406-124C-CC3B-F7A0-4F345D58CC93}"/>
                </a:ext>
                <a:ext uri="{C183D7F6-B498-43B3-948B-1728B52AA6E4}">
                  <adec:decorative xmlns:adec="http://schemas.microsoft.com/office/drawing/2017/decorative" val="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Scan to open interactive poster.">
                      <a:extLst>
                        <a:ext uri="{FF2B5EF4-FFF2-40B4-BE49-F238E27FC236}">
                          <a16:creationId xmlns:a16="http://schemas.microsoft.com/office/drawing/2014/main" id="{8F8DD406-124C-CC3B-F7A0-4F345D58CC93}"/>
                        </a:ext>
                        <a:ext uri="{C183D7F6-B498-43B3-948B-1728B52AA6E4}">
                          <adec:decorative xmlns:adec="http://schemas.microsoft.com/office/drawing/2017/decorative" val="0"/>
                        </a:ext>
                      </a:extLst>
                    </pic:cNvPr>
                    <pic:cNvPicPr>
                      <a:picLocks noGrp="1" noChangeAspect="1"/>
                    </pic:cNvPicPr>
                  </pic:nvPicPr>
                  <pic:blipFill>
                    <a:blip r:embed="rId32" cstate="screen">
                      <a:extLst>
                        <a:ext uri="{28A0092B-C50C-407E-A947-70E740481C1C}">
                          <a14:useLocalDpi xmlns:a14="http://schemas.microsoft.com/office/drawing/2010/main"/>
                        </a:ext>
                      </a:extLst>
                    </a:blip>
                    <a:stretch>
                      <a:fillRect/>
                    </a:stretch>
                  </pic:blipFill>
                  <pic:spPr>
                    <a:xfrm>
                      <a:off x="0" y="0"/>
                      <a:ext cx="1212850" cy="1212850"/>
                    </a:xfrm>
                    <a:prstGeom prst="rect">
                      <a:avLst/>
                    </a:prstGeom>
                  </pic:spPr>
                </pic:pic>
              </a:graphicData>
            </a:graphic>
          </wp:anchor>
        </w:drawing>
      </w:r>
      <w:r w:rsidR="002D6482" w:rsidRPr="002D6482">
        <w:rPr>
          <w:rFonts w:asciiTheme="majorHAnsi" w:hAnsiTheme="majorHAnsi" w:cstheme="majorHAnsi"/>
        </w:rPr>
        <w:t>Scan the QR code to</w:t>
      </w:r>
      <w:r w:rsidR="002D6482">
        <w:rPr>
          <w:rFonts w:asciiTheme="majorHAnsi" w:hAnsiTheme="majorHAnsi" w:cstheme="majorHAnsi"/>
        </w:rPr>
        <w:t xml:space="preserve"> </w:t>
      </w:r>
      <w:hyperlink r:id="rId33" w:history="1">
        <w:r w:rsidR="002D6482" w:rsidRPr="002D6482">
          <w:rPr>
            <w:rStyle w:val="Hyperlink"/>
            <w:rFonts w:asciiTheme="majorHAnsi" w:hAnsiTheme="majorHAnsi" w:cstheme="majorHAnsi"/>
          </w:rPr>
          <w:t>access the interactive poster made with Genially</w:t>
        </w:r>
      </w:hyperlink>
      <w:r w:rsidR="002D6482" w:rsidRPr="002D6482">
        <w:rPr>
          <w:rFonts w:asciiTheme="majorHAnsi" w:hAnsiTheme="majorHAnsi" w:cstheme="majorHAnsi"/>
        </w:rPr>
        <w:t>,, outlining what we are doing now and planning for remainder of 2026.</w:t>
      </w:r>
    </w:p>
    <w:p w14:paraId="0BAA19F9" w14:textId="73E9FD15" w:rsidR="002D6482" w:rsidRPr="002D6482" w:rsidRDefault="002D6482" w:rsidP="002D6482">
      <w:pPr>
        <w:rPr>
          <w:rFonts w:asciiTheme="majorHAnsi" w:hAnsiTheme="majorHAnsi" w:cstheme="majorHAnsi"/>
          <w:b/>
          <w:bCs/>
        </w:rPr>
      </w:pPr>
      <w:r w:rsidRPr="002D6482">
        <w:rPr>
          <w:rFonts w:asciiTheme="majorHAnsi" w:hAnsiTheme="majorHAnsi" w:cstheme="majorHAnsi"/>
        </w:rPr>
        <w:t xml:space="preserve">Accessibility Note: The poster should be accessible for screen readers however, if you find it is not, the following </w:t>
      </w:r>
      <w:r w:rsidR="003E1EAA">
        <w:rPr>
          <w:rFonts w:asciiTheme="majorHAnsi" w:hAnsiTheme="majorHAnsi" w:cstheme="majorHAnsi"/>
        </w:rPr>
        <w:t>page</w:t>
      </w:r>
      <w:r w:rsidRPr="002D6482">
        <w:rPr>
          <w:rFonts w:asciiTheme="majorHAnsi" w:hAnsiTheme="majorHAnsi" w:cstheme="majorHAnsi"/>
        </w:rPr>
        <w:t xml:space="preserve"> contains the text only version of the poster.</w:t>
      </w:r>
      <w:r w:rsidR="003E1EAA" w:rsidRPr="003E1EAA">
        <w:rPr>
          <w:rFonts w:asciiTheme="majorHAnsi" w:hAnsiTheme="majorHAnsi" w:cstheme="majorHAnsi"/>
          <w:b/>
          <w:bCs/>
        </w:rPr>
        <w:t xml:space="preserve"> </w:t>
      </w:r>
    </w:p>
    <w:p w14:paraId="7AB85F40" w14:textId="77777777" w:rsidR="005550AC" w:rsidRDefault="005550AC">
      <w:pPr>
        <w:rPr>
          <w:rFonts w:asciiTheme="majorHAnsi" w:eastAsiaTheme="majorEastAsia" w:hAnsiTheme="majorHAnsi" w:cstheme="majorHAnsi"/>
          <w:b/>
          <w:bCs/>
          <w:color w:val="365F91" w:themeColor="accent1" w:themeShade="BF"/>
          <w:sz w:val="28"/>
          <w:szCs w:val="28"/>
        </w:rPr>
      </w:pPr>
      <w:bookmarkStart w:id="12" w:name="_Toc231831326"/>
      <w:r>
        <w:rPr>
          <w:rFonts w:cstheme="majorHAnsi"/>
        </w:rPr>
        <w:br w:type="page"/>
      </w:r>
    </w:p>
    <w:p w14:paraId="0A66BD3E" w14:textId="4E24F42E" w:rsidR="00F414E1" w:rsidRPr="009D2D1C" w:rsidRDefault="00C3077F" w:rsidP="002D6482">
      <w:pPr>
        <w:pStyle w:val="Heading1"/>
        <w:rPr>
          <w:rFonts w:cstheme="majorHAnsi"/>
        </w:rPr>
      </w:pPr>
      <w:r>
        <w:rPr>
          <w:rFonts w:cstheme="majorHAnsi"/>
        </w:rPr>
        <w:lastRenderedPageBreak/>
        <w:t xml:space="preserve">Text only </w:t>
      </w:r>
      <w:r w:rsidR="00711CE1" w:rsidRPr="009D2D1C">
        <w:rPr>
          <w:rFonts w:cstheme="majorHAnsi"/>
        </w:rPr>
        <w:t xml:space="preserve">Accessible </w:t>
      </w:r>
      <w:r>
        <w:rPr>
          <w:rFonts w:cstheme="majorHAnsi"/>
        </w:rPr>
        <w:t>P</w:t>
      </w:r>
      <w:r w:rsidR="00711CE1" w:rsidRPr="009D2D1C">
        <w:rPr>
          <w:rFonts w:cstheme="majorHAnsi"/>
        </w:rPr>
        <w:t xml:space="preserve">oster </w:t>
      </w:r>
      <w:r>
        <w:rPr>
          <w:rFonts w:cstheme="majorHAnsi"/>
        </w:rPr>
        <w:t>C</w:t>
      </w:r>
      <w:r w:rsidR="00711CE1" w:rsidRPr="009D2D1C">
        <w:rPr>
          <w:rFonts w:cstheme="majorHAnsi"/>
        </w:rPr>
        <w:t>ontent</w:t>
      </w:r>
      <w:bookmarkEnd w:id="12"/>
    </w:p>
    <w:p w14:paraId="07FA6110" w14:textId="5AF88FA6" w:rsidR="002D6482" w:rsidRPr="002D6482" w:rsidRDefault="002D6482" w:rsidP="002D6482">
      <w:pPr>
        <w:jc w:val="center"/>
        <w:rPr>
          <w:rFonts w:asciiTheme="majorHAnsi" w:hAnsiTheme="majorHAnsi" w:cstheme="majorHAnsi"/>
          <w:b/>
          <w:bCs/>
        </w:rPr>
      </w:pPr>
      <w:r w:rsidRPr="002D6482">
        <w:rPr>
          <w:rFonts w:asciiTheme="majorHAnsi" w:hAnsiTheme="majorHAnsi" w:cstheme="majorHAnsi"/>
          <w:b/>
          <w:bCs/>
        </w:rPr>
        <w:t>Redesign with UDL in mind: 2026</w:t>
      </w:r>
    </w:p>
    <w:p w14:paraId="2B6A5876" w14:textId="77777777" w:rsidR="002D6482" w:rsidRPr="002D6482" w:rsidRDefault="002D6482" w:rsidP="002D6482">
      <w:pPr>
        <w:rPr>
          <w:rFonts w:asciiTheme="majorHAnsi" w:hAnsiTheme="majorHAnsi" w:cstheme="majorHAnsi"/>
          <w:b/>
          <w:bCs/>
        </w:rPr>
      </w:pPr>
      <w:r w:rsidRPr="002D6482">
        <w:rPr>
          <w:rFonts w:asciiTheme="majorHAnsi" w:hAnsiTheme="majorHAnsi" w:cstheme="majorHAnsi"/>
          <w:b/>
          <w:bCs/>
        </w:rPr>
        <w:t>Coaching</w:t>
      </w:r>
    </w:p>
    <w:p w14:paraId="29D082CE" w14:textId="77777777" w:rsidR="002D6482" w:rsidRPr="002D6482" w:rsidRDefault="002D6482" w:rsidP="002D6482">
      <w:pPr>
        <w:rPr>
          <w:rFonts w:asciiTheme="majorHAnsi" w:hAnsiTheme="majorHAnsi" w:cstheme="majorHAnsi"/>
        </w:rPr>
      </w:pPr>
      <w:r w:rsidRPr="002D6482">
        <w:rPr>
          <w:rFonts w:asciiTheme="majorHAnsi" w:hAnsiTheme="majorHAnsi" w:cstheme="majorHAnsi"/>
        </w:rPr>
        <w:t xml:space="preserve">Throughout 2026, unit coordinators and tutors have access to responsive </w:t>
      </w:r>
      <w:proofErr w:type="spellStart"/>
      <w:r w:rsidRPr="002D6482">
        <w:rPr>
          <w:rFonts w:asciiTheme="majorHAnsi" w:hAnsiTheme="majorHAnsi" w:cstheme="majorHAnsi"/>
        </w:rPr>
        <w:t>individualised</w:t>
      </w:r>
      <w:proofErr w:type="spellEnd"/>
      <w:r w:rsidRPr="002D6482">
        <w:rPr>
          <w:rFonts w:asciiTheme="majorHAnsi" w:hAnsiTheme="majorHAnsi" w:cstheme="majorHAnsi"/>
        </w:rPr>
        <w:t xml:space="preserve"> coaching to support them in implementing UDL strategies and inclusive teaching. The approach encourages reflective practices and adaptation of strategies, delivering support at the point of need.</w:t>
      </w:r>
    </w:p>
    <w:p w14:paraId="3F36EDCE" w14:textId="77777777" w:rsidR="002D6482" w:rsidRPr="002D6482" w:rsidRDefault="002D6482" w:rsidP="002D6482">
      <w:pPr>
        <w:rPr>
          <w:rFonts w:asciiTheme="majorHAnsi" w:hAnsiTheme="majorHAnsi" w:cstheme="majorHAnsi"/>
          <w:b/>
          <w:bCs/>
        </w:rPr>
      </w:pPr>
      <w:r w:rsidRPr="002D6482">
        <w:rPr>
          <w:rFonts w:asciiTheme="majorHAnsi" w:hAnsiTheme="majorHAnsi" w:cstheme="majorHAnsi"/>
          <w:b/>
          <w:bCs/>
        </w:rPr>
        <w:t>Student Partnership Research Project</w:t>
      </w:r>
    </w:p>
    <w:p w14:paraId="394DD0ED" w14:textId="77777777" w:rsidR="002D6482" w:rsidRPr="002D6482" w:rsidRDefault="002D6482" w:rsidP="002D6482">
      <w:pPr>
        <w:rPr>
          <w:rFonts w:asciiTheme="majorHAnsi" w:hAnsiTheme="majorHAnsi" w:cstheme="majorHAnsi"/>
        </w:rPr>
      </w:pPr>
      <w:r w:rsidRPr="002D6482">
        <w:rPr>
          <w:rFonts w:asciiTheme="majorHAnsi" w:hAnsiTheme="majorHAnsi" w:cstheme="majorHAnsi"/>
        </w:rPr>
        <w:t xml:space="preserve">We have won an internal learning and teaching scholarship to undertake a research project in 2026 that will evaluate the impact of the UDL strategies initially implemented in the new Bachelor of Nursing. A small group of students will be recruited to co-design a student feedback program. The purpose of this </w:t>
      </w:r>
      <w:proofErr w:type="gramStart"/>
      <w:r w:rsidRPr="002D6482">
        <w:rPr>
          <w:rFonts w:asciiTheme="majorHAnsi" w:hAnsiTheme="majorHAnsi" w:cstheme="majorHAnsi"/>
        </w:rPr>
        <w:t>is  to</w:t>
      </w:r>
      <w:proofErr w:type="gramEnd"/>
      <w:r w:rsidRPr="002D6482">
        <w:rPr>
          <w:rFonts w:asciiTheme="majorHAnsi" w:hAnsiTheme="majorHAnsi" w:cstheme="majorHAnsi"/>
        </w:rPr>
        <w:t xml:space="preserve"> gather honest student experiences and perspectives about UDL in the Bachelor of Nursing, focusing on perceived changes in learning activities and resources, and impact on learning and engagement. There is limited evidence describing or evaluating the integration of UDL at a curriculum level, so gaining student perspectives on how they recognize, and experience UDL strategies will be invaluable to guiding ongoing development in the Bachelor of Nursing. This evaluation will also help us develop a set of useful strategies and resources, endorsed by our students, that can be shared with other Murdoch Schools.</w:t>
      </w:r>
    </w:p>
    <w:p w14:paraId="7954ECCF" w14:textId="77777777" w:rsidR="002D6482" w:rsidRPr="002D6482" w:rsidRDefault="002D6482" w:rsidP="002D6482">
      <w:pPr>
        <w:rPr>
          <w:rFonts w:asciiTheme="majorHAnsi" w:hAnsiTheme="majorHAnsi" w:cstheme="majorHAnsi"/>
          <w:b/>
          <w:bCs/>
        </w:rPr>
      </w:pPr>
      <w:r w:rsidRPr="002D6482">
        <w:rPr>
          <w:rFonts w:asciiTheme="majorHAnsi" w:hAnsiTheme="majorHAnsi" w:cstheme="majorHAnsi"/>
          <w:b/>
          <w:bCs/>
        </w:rPr>
        <w:t>Review</w:t>
      </w:r>
    </w:p>
    <w:p w14:paraId="4A0DC3CD" w14:textId="77777777" w:rsidR="002D6482" w:rsidRPr="002D6482" w:rsidRDefault="002D6482" w:rsidP="002D6482">
      <w:pPr>
        <w:rPr>
          <w:rFonts w:asciiTheme="majorHAnsi" w:hAnsiTheme="majorHAnsi" w:cstheme="majorHAnsi"/>
        </w:rPr>
      </w:pPr>
      <w:r w:rsidRPr="002D6482">
        <w:rPr>
          <w:rFonts w:asciiTheme="majorHAnsi" w:hAnsiTheme="majorHAnsi" w:cstheme="majorHAnsi"/>
        </w:rPr>
        <w:t xml:space="preserve">You may enjoy this amusing 30 second comedy clip from Utopia: Season 5, episode 7 about performance reviews just for fun. </w:t>
      </w:r>
    </w:p>
    <w:p w14:paraId="0D1D5A08" w14:textId="77777777" w:rsidR="002D6482" w:rsidRPr="002D6482" w:rsidRDefault="002D6482" w:rsidP="002D6482">
      <w:pPr>
        <w:rPr>
          <w:rFonts w:asciiTheme="majorHAnsi" w:hAnsiTheme="majorHAnsi" w:cstheme="majorHAnsi"/>
        </w:rPr>
      </w:pPr>
      <w:r w:rsidRPr="002D6482">
        <w:rPr>
          <w:rFonts w:asciiTheme="majorHAnsi" w:hAnsiTheme="majorHAnsi" w:cstheme="majorHAnsi"/>
        </w:rPr>
        <w:t xml:space="preserve">A mid 2026 reflective review workshop for unit coordinators is planned, to share wins and challenges, review student feedback thus far, and </w:t>
      </w:r>
      <w:proofErr w:type="spellStart"/>
      <w:r w:rsidRPr="002D6482">
        <w:rPr>
          <w:rFonts w:asciiTheme="majorHAnsi" w:hAnsiTheme="majorHAnsi" w:cstheme="majorHAnsi"/>
        </w:rPr>
        <w:t>collabroatively</w:t>
      </w:r>
      <w:proofErr w:type="spellEnd"/>
      <w:r w:rsidRPr="002D6482">
        <w:rPr>
          <w:rFonts w:asciiTheme="majorHAnsi" w:hAnsiTheme="majorHAnsi" w:cstheme="majorHAnsi"/>
        </w:rPr>
        <w:t xml:space="preserve"> problem solve. Later in 2026, we will undertake staff interviews </w:t>
      </w:r>
      <w:proofErr w:type="gramStart"/>
      <w:r w:rsidRPr="002D6482">
        <w:rPr>
          <w:rFonts w:asciiTheme="majorHAnsi" w:hAnsiTheme="majorHAnsi" w:cstheme="majorHAnsi"/>
        </w:rPr>
        <w:t>and</w:t>
      </w:r>
      <w:proofErr w:type="gramEnd"/>
      <w:r w:rsidRPr="002D6482">
        <w:rPr>
          <w:rFonts w:asciiTheme="majorHAnsi" w:hAnsiTheme="majorHAnsi" w:cstheme="majorHAnsi"/>
        </w:rPr>
        <w:t xml:space="preserve"> another staff survey to inform areas of focus for future development.</w:t>
      </w:r>
    </w:p>
    <w:p w14:paraId="3A138E1E" w14:textId="77777777" w:rsidR="002D6482" w:rsidRPr="002D6482" w:rsidRDefault="002D6482" w:rsidP="002D6482">
      <w:pPr>
        <w:rPr>
          <w:rFonts w:asciiTheme="majorHAnsi" w:hAnsiTheme="majorHAnsi" w:cstheme="majorHAnsi"/>
          <w:b/>
          <w:bCs/>
        </w:rPr>
      </w:pPr>
      <w:r w:rsidRPr="002D6482">
        <w:rPr>
          <w:rFonts w:asciiTheme="majorHAnsi" w:hAnsiTheme="majorHAnsi" w:cstheme="majorHAnsi"/>
          <w:b/>
          <w:bCs/>
        </w:rPr>
        <w:t>Responsive development</w:t>
      </w:r>
    </w:p>
    <w:p w14:paraId="1B3FEAFE" w14:textId="14CDE66F" w:rsidR="002D6482" w:rsidRPr="002D6482" w:rsidRDefault="002D6482" w:rsidP="002D6482">
      <w:pPr>
        <w:rPr>
          <w:rFonts w:asciiTheme="majorHAnsi" w:hAnsiTheme="majorHAnsi" w:cstheme="majorHAnsi"/>
        </w:rPr>
      </w:pPr>
      <w:r>
        <w:rPr>
          <w:rFonts w:asciiTheme="majorHAnsi" w:hAnsiTheme="majorHAnsi" w:cstheme="majorHAnsi"/>
        </w:rPr>
        <w:t>I</w:t>
      </w:r>
      <w:r w:rsidRPr="002D6482">
        <w:rPr>
          <w:rFonts w:asciiTheme="majorHAnsi" w:hAnsiTheme="majorHAnsi" w:cstheme="majorHAnsi"/>
        </w:rPr>
        <w:t>n response to student feedback, teaching staff reflections and coaching feedback, implementation of UDL strategies may be adapted, extended, or changed entirely. As part of good teaching practice and in true UDL style staff are encouraged to embrace a flexible and resilient approach, be open to change and "try, try again." This is an iterative process that should continue to evolve over time.</w:t>
      </w:r>
    </w:p>
    <w:p w14:paraId="7E26E0CB" w14:textId="77777777" w:rsidR="002D6482" w:rsidRPr="002D6482" w:rsidRDefault="002D6482" w:rsidP="002D6482">
      <w:pPr>
        <w:rPr>
          <w:rFonts w:asciiTheme="majorHAnsi" w:hAnsiTheme="majorHAnsi" w:cstheme="majorHAnsi"/>
          <w:b/>
          <w:bCs/>
        </w:rPr>
      </w:pPr>
      <w:r w:rsidRPr="002D6482">
        <w:rPr>
          <w:rFonts w:asciiTheme="majorHAnsi" w:hAnsiTheme="majorHAnsi" w:cstheme="majorHAnsi"/>
          <w:b/>
          <w:bCs/>
        </w:rPr>
        <w:t xml:space="preserve">Community &amp; Culture change </w:t>
      </w:r>
    </w:p>
    <w:p w14:paraId="57A35538" w14:textId="77777777" w:rsidR="002D6482" w:rsidRPr="002D6482" w:rsidRDefault="002D6482" w:rsidP="002D6482">
      <w:pPr>
        <w:rPr>
          <w:rFonts w:asciiTheme="majorHAnsi" w:hAnsiTheme="majorHAnsi" w:cstheme="majorHAnsi"/>
          <w:b/>
          <w:bCs/>
        </w:rPr>
      </w:pPr>
      <w:r w:rsidRPr="002D6482">
        <w:rPr>
          <w:rFonts w:asciiTheme="majorHAnsi" w:hAnsiTheme="majorHAnsi" w:cstheme="majorHAnsi"/>
        </w:rPr>
        <w:t xml:space="preserve">As part of the bigger </w:t>
      </w:r>
      <w:proofErr w:type="gramStart"/>
      <w:r w:rsidRPr="002D6482">
        <w:rPr>
          <w:rFonts w:asciiTheme="majorHAnsi" w:hAnsiTheme="majorHAnsi" w:cstheme="majorHAnsi"/>
        </w:rPr>
        <w:t>picture</w:t>
      </w:r>
      <w:proofErr w:type="gramEnd"/>
      <w:r w:rsidRPr="002D6482">
        <w:rPr>
          <w:rFonts w:asciiTheme="majorHAnsi" w:hAnsiTheme="majorHAnsi" w:cstheme="majorHAnsi"/>
        </w:rPr>
        <w:t xml:space="preserve"> we aim to share the positive impacts of this pilot internally and externally. This will include success stories, resource sharing, </w:t>
      </w:r>
      <w:proofErr w:type="gramStart"/>
      <w:r w:rsidRPr="002D6482">
        <w:rPr>
          <w:rFonts w:asciiTheme="majorHAnsi" w:hAnsiTheme="majorHAnsi" w:cstheme="majorHAnsi"/>
        </w:rPr>
        <w:t>peer to peer</w:t>
      </w:r>
      <w:proofErr w:type="gramEnd"/>
      <w:r w:rsidRPr="002D6482">
        <w:rPr>
          <w:rFonts w:asciiTheme="majorHAnsi" w:hAnsiTheme="majorHAnsi" w:cstheme="majorHAnsi"/>
        </w:rPr>
        <w:t xml:space="preserve"> mentoring, collaborations and expansion of the pilot into other schools. “Alone we can do so little; together we can do so much.” – Helen Keller. “When you’ve worked hard, and done well, and walked through that doorway of opportunity, you do not slam it shut behind you.” – Michelle Obama.</w:t>
      </w:r>
    </w:p>
    <w:p w14:paraId="3FD7324D" w14:textId="20AB9896" w:rsidR="00F414E1" w:rsidRPr="009D2D1C" w:rsidRDefault="002D6482" w:rsidP="002D6482">
      <w:pPr>
        <w:pStyle w:val="Heading1"/>
        <w:rPr>
          <w:rFonts w:cstheme="majorHAnsi"/>
        </w:rPr>
      </w:pPr>
      <w:bookmarkStart w:id="13" w:name="_Toc231831327"/>
      <w:r w:rsidRPr="002D6482">
        <w:rPr>
          <w:rFonts w:cstheme="majorHAnsi"/>
        </w:rPr>
        <w:lastRenderedPageBreak/>
        <w:t>What We’ve Learnt</w:t>
      </w:r>
      <w:r>
        <w:rPr>
          <w:rFonts w:cstheme="majorHAnsi"/>
        </w:rPr>
        <w:t xml:space="preserve">: </w:t>
      </w:r>
      <w:r w:rsidR="00711CE1" w:rsidRPr="009D2D1C">
        <w:rPr>
          <w:rFonts w:cstheme="majorHAnsi"/>
        </w:rPr>
        <w:t>Keys to Success</w:t>
      </w:r>
      <w:bookmarkEnd w:id="13"/>
    </w:p>
    <w:p w14:paraId="45D43402" w14:textId="0A95888A" w:rsidR="002D6482" w:rsidRPr="002D6482" w:rsidRDefault="00711CE1" w:rsidP="002D6482">
      <w:pPr>
        <w:pStyle w:val="ListParagraph"/>
        <w:numPr>
          <w:ilvl w:val="0"/>
          <w:numId w:val="20"/>
        </w:numPr>
        <w:rPr>
          <w:rFonts w:asciiTheme="majorHAnsi" w:hAnsiTheme="majorHAnsi" w:cstheme="majorHAnsi"/>
        </w:rPr>
      </w:pPr>
      <w:r w:rsidRPr="002D6482">
        <w:rPr>
          <w:rFonts w:asciiTheme="majorHAnsi" w:hAnsiTheme="majorHAnsi" w:cstheme="majorHAnsi"/>
        </w:rPr>
        <w:t>Timing</w:t>
      </w:r>
    </w:p>
    <w:p w14:paraId="798B2E96" w14:textId="77777777" w:rsidR="002D6482" w:rsidRPr="002D6482" w:rsidRDefault="002D6482" w:rsidP="002D6482">
      <w:pPr>
        <w:pStyle w:val="ListParagraph"/>
        <w:numPr>
          <w:ilvl w:val="0"/>
          <w:numId w:val="20"/>
        </w:numPr>
        <w:rPr>
          <w:rFonts w:asciiTheme="majorHAnsi" w:hAnsiTheme="majorHAnsi" w:cstheme="majorHAnsi"/>
          <w:lang w:val="en-AU"/>
        </w:rPr>
      </w:pPr>
      <w:r w:rsidRPr="002D6482">
        <w:rPr>
          <w:rFonts w:asciiTheme="majorHAnsi" w:hAnsiTheme="majorHAnsi" w:cstheme="majorHAnsi"/>
        </w:rPr>
        <w:t>Timely and responsive specialist support at point of need</w:t>
      </w:r>
    </w:p>
    <w:p w14:paraId="18C7636F" w14:textId="77777777" w:rsidR="002D6482" w:rsidRPr="002D6482" w:rsidRDefault="002D6482" w:rsidP="002D6482">
      <w:pPr>
        <w:pStyle w:val="ListParagraph"/>
        <w:numPr>
          <w:ilvl w:val="0"/>
          <w:numId w:val="20"/>
        </w:numPr>
        <w:rPr>
          <w:rFonts w:asciiTheme="majorHAnsi" w:hAnsiTheme="majorHAnsi" w:cstheme="majorHAnsi"/>
          <w:b/>
          <w:bCs/>
        </w:rPr>
      </w:pPr>
      <w:r w:rsidRPr="002D6482">
        <w:rPr>
          <w:rFonts w:asciiTheme="majorHAnsi" w:hAnsiTheme="majorHAnsi" w:cstheme="majorHAnsi"/>
        </w:rPr>
        <w:t>Strong school leadership</w:t>
      </w:r>
    </w:p>
    <w:p w14:paraId="2D83EDD8" w14:textId="77777777" w:rsidR="002D6482" w:rsidRPr="002D6482" w:rsidRDefault="002D6482" w:rsidP="002D6482">
      <w:pPr>
        <w:pStyle w:val="ListParagraph"/>
        <w:numPr>
          <w:ilvl w:val="0"/>
          <w:numId w:val="20"/>
        </w:numPr>
        <w:rPr>
          <w:rFonts w:asciiTheme="majorHAnsi" w:hAnsiTheme="majorHAnsi" w:cstheme="majorHAnsi"/>
          <w:lang w:val="en-AU"/>
        </w:rPr>
      </w:pPr>
      <w:r w:rsidRPr="002D6482">
        <w:rPr>
          <w:rFonts w:asciiTheme="majorHAnsi" w:hAnsiTheme="majorHAnsi" w:cstheme="majorHAnsi"/>
        </w:rPr>
        <w:t>Collaborative relationships</w:t>
      </w:r>
    </w:p>
    <w:p w14:paraId="6C5E1783" w14:textId="77777777" w:rsidR="002D6482" w:rsidRDefault="002D6482" w:rsidP="00C3077F">
      <w:pPr>
        <w:pStyle w:val="Heading1"/>
      </w:pPr>
      <w:bookmarkStart w:id="14" w:name="_Toc231831328"/>
      <w:r w:rsidRPr="002D6482">
        <w:t>Your thoughts and questions</w:t>
      </w:r>
      <w:bookmarkEnd w:id="14"/>
    </w:p>
    <w:p w14:paraId="24A11300" w14:textId="26CAD8AF" w:rsidR="002D6482" w:rsidRPr="002D6482" w:rsidRDefault="002D6482" w:rsidP="002D6482">
      <w:pPr>
        <w:pStyle w:val="ListParagraph"/>
        <w:numPr>
          <w:ilvl w:val="0"/>
          <w:numId w:val="22"/>
        </w:numPr>
        <w:rPr>
          <w:rFonts w:asciiTheme="majorHAnsi" w:hAnsiTheme="majorHAnsi" w:cstheme="majorHAnsi"/>
        </w:rPr>
      </w:pPr>
      <w:r w:rsidRPr="002D6482">
        <w:rPr>
          <w:rFonts w:asciiTheme="majorHAnsi" w:hAnsiTheme="majorHAnsi" w:cstheme="majorHAnsi"/>
        </w:rPr>
        <w:t xml:space="preserve">What ideas </w:t>
      </w:r>
      <w:proofErr w:type="gramStart"/>
      <w:r w:rsidRPr="002D6482">
        <w:rPr>
          <w:rFonts w:asciiTheme="majorHAnsi" w:hAnsiTheme="majorHAnsi" w:cstheme="majorHAnsi"/>
        </w:rPr>
        <w:t>does</w:t>
      </w:r>
      <w:proofErr w:type="gramEnd"/>
      <w:r w:rsidRPr="002D6482">
        <w:rPr>
          <w:rFonts w:asciiTheme="majorHAnsi" w:hAnsiTheme="majorHAnsi" w:cstheme="majorHAnsi"/>
        </w:rPr>
        <w:t xml:space="preserve"> this pilot program inspire for your own context?</w:t>
      </w:r>
    </w:p>
    <w:p w14:paraId="2BC74C41" w14:textId="07FA7E63" w:rsidR="002D6482" w:rsidRPr="002D6482" w:rsidRDefault="002D6482" w:rsidP="002D6482">
      <w:pPr>
        <w:pStyle w:val="ListParagraph"/>
        <w:numPr>
          <w:ilvl w:val="0"/>
          <w:numId w:val="22"/>
        </w:numPr>
        <w:rPr>
          <w:rFonts w:asciiTheme="majorHAnsi" w:hAnsiTheme="majorHAnsi" w:cstheme="majorHAnsi"/>
        </w:rPr>
      </w:pPr>
      <w:r w:rsidRPr="002D6482">
        <w:rPr>
          <w:rFonts w:asciiTheme="majorHAnsi" w:hAnsiTheme="majorHAnsi" w:cstheme="majorHAnsi"/>
        </w:rPr>
        <w:t>What elements of this pilot could be adapted to your own context?</w:t>
      </w:r>
    </w:p>
    <w:p w14:paraId="32132D58" w14:textId="77777777" w:rsidR="002D6482" w:rsidRPr="002D6482" w:rsidRDefault="002D6482" w:rsidP="002D6482">
      <w:pPr>
        <w:pStyle w:val="ListParagraph"/>
        <w:numPr>
          <w:ilvl w:val="0"/>
          <w:numId w:val="22"/>
        </w:numPr>
        <w:rPr>
          <w:rFonts w:asciiTheme="majorHAnsi" w:hAnsiTheme="majorHAnsi" w:cstheme="majorHAnsi"/>
          <w:b/>
          <w:bCs/>
        </w:rPr>
      </w:pPr>
      <w:r w:rsidRPr="002D6482">
        <w:rPr>
          <w:rFonts w:asciiTheme="majorHAnsi" w:hAnsiTheme="majorHAnsi" w:cstheme="majorHAnsi"/>
        </w:rPr>
        <w:t>What questions do you have?</w:t>
      </w:r>
    </w:p>
    <w:p w14:paraId="7A82E832" w14:textId="3751D82B" w:rsidR="00F414E1" w:rsidRPr="009D2D1C" w:rsidRDefault="007F6D84" w:rsidP="002D6482">
      <w:pPr>
        <w:pStyle w:val="Heading1"/>
        <w:rPr>
          <w:rFonts w:cstheme="majorHAnsi"/>
        </w:rPr>
      </w:pPr>
      <w:bookmarkStart w:id="15" w:name="_Toc231831329"/>
      <w:r>
        <w:rPr>
          <w:rFonts w:cstheme="majorHAnsi"/>
        </w:rPr>
        <w:t>Contact Information</w:t>
      </w:r>
      <w:bookmarkEnd w:id="15"/>
    </w:p>
    <w:p w14:paraId="7ADF1885" w14:textId="77777777" w:rsidR="00C3077F" w:rsidRDefault="00711CE1" w:rsidP="002D6482">
      <w:pPr>
        <w:rPr>
          <w:rFonts w:asciiTheme="majorHAnsi" w:hAnsiTheme="majorHAnsi" w:cstheme="majorHAnsi"/>
        </w:rPr>
      </w:pPr>
      <w:r w:rsidRPr="009D2D1C">
        <w:rPr>
          <w:rFonts w:asciiTheme="majorHAnsi" w:hAnsiTheme="majorHAnsi" w:cstheme="majorHAnsi"/>
        </w:rPr>
        <w:t>Contact:</w:t>
      </w:r>
      <w:r w:rsidR="002D6482">
        <w:rPr>
          <w:rFonts w:asciiTheme="majorHAnsi" w:hAnsiTheme="majorHAnsi" w:cstheme="majorHAnsi"/>
        </w:rPr>
        <w:t xml:space="preserve"> </w:t>
      </w:r>
    </w:p>
    <w:p w14:paraId="49458CDF" w14:textId="5DF585D0" w:rsidR="002D6482" w:rsidRPr="002D6482" w:rsidRDefault="00C3077F" w:rsidP="002D6482">
      <w:pPr>
        <w:rPr>
          <w:rFonts w:asciiTheme="majorHAnsi" w:hAnsiTheme="majorHAnsi" w:cstheme="majorHAnsi"/>
          <w:lang w:val="en-AU"/>
        </w:rPr>
      </w:pPr>
      <w:hyperlink r:id="rId34" w:history="1">
        <w:r w:rsidRPr="00F52CE6">
          <w:rPr>
            <w:rStyle w:val="Hyperlink"/>
            <w:rFonts w:asciiTheme="majorHAnsi" w:hAnsiTheme="majorHAnsi" w:cstheme="majorHAnsi"/>
            <w:b/>
            <w:bCs/>
            <w:lang w:val="en-AU"/>
          </w:rPr>
          <w:t>bec.inwood@murdoch.edu.au</w:t>
        </w:r>
      </w:hyperlink>
    </w:p>
    <w:p w14:paraId="0C3A1F95" w14:textId="77777777" w:rsidR="002D6482" w:rsidRPr="002D6482" w:rsidRDefault="002D6482" w:rsidP="002D6482">
      <w:pPr>
        <w:rPr>
          <w:rFonts w:asciiTheme="majorHAnsi" w:hAnsiTheme="majorHAnsi" w:cstheme="majorHAnsi"/>
          <w:lang w:val="en-AU"/>
        </w:rPr>
      </w:pPr>
      <w:hyperlink r:id="rId35" w:history="1">
        <w:r w:rsidRPr="002D6482">
          <w:rPr>
            <w:rStyle w:val="Hyperlink"/>
            <w:rFonts w:asciiTheme="majorHAnsi" w:hAnsiTheme="majorHAnsi" w:cstheme="majorHAnsi"/>
            <w:b/>
            <w:bCs/>
          </w:rPr>
          <w:t>c.browne@murdoch.edu.au</w:t>
        </w:r>
      </w:hyperlink>
      <w:r w:rsidRPr="002D6482">
        <w:rPr>
          <w:rFonts w:asciiTheme="majorHAnsi" w:hAnsiTheme="majorHAnsi" w:cstheme="majorHAnsi"/>
          <w:b/>
          <w:bCs/>
        </w:rPr>
        <w:t xml:space="preserve"> </w:t>
      </w:r>
    </w:p>
    <w:p w14:paraId="67DE3216" w14:textId="6D7EB245" w:rsidR="00F414E1" w:rsidRPr="009D2D1C" w:rsidRDefault="00711CE1">
      <w:pPr>
        <w:pStyle w:val="Heading1"/>
        <w:rPr>
          <w:rFonts w:cstheme="majorHAnsi"/>
        </w:rPr>
      </w:pPr>
      <w:bookmarkStart w:id="16" w:name="_Toc231831330"/>
      <w:r w:rsidRPr="009D2D1C">
        <w:rPr>
          <w:rFonts w:cstheme="majorHAnsi"/>
        </w:rPr>
        <w:t>Supplementary</w:t>
      </w:r>
      <w:r w:rsidR="008A1267">
        <w:rPr>
          <w:rFonts w:cstheme="majorHAnsi"/>
        </w:rPr>
        <w:t xml:space="preserve"> information</w:t>
      </w:r>
      <w:bookmarkEnd w:id="16"/>
    </w:p>
    <w:p w14:paraId="52346662" w14:textId="77777777" w:rsidR="00F414E1" w:rsidRPr="009D2D1C" w:rsidRDefault="00711CE1">
      <w:pPr>
        <w:rPr>
          <w:rFonts w:asciiTheme="majorHAnsi" w:hAnsiTheme="majorHAnsi" w:cstheme="majorHAnsi"/>
        </w:rPr>
      </w:pPr>
      <w:r w:rsidRPr="009D2D1C">
        <w:rPr>
          <w:rFonts w:asciiTheme="majorHAnsi" w:hAnsiTheme="majorHAnsi" w:cstheme="majorHAnsi"/>
        </w:rPr>
        <w:t>Additional materials</w:t>
      </w:r>
    </w:p>
    <w:p w14:paraId="74B3BA5D" w14:textId="2E0174CD" w:rsidR="008A1267" w:rsidRPr="0002088B" w:rsidRDefault="008A1267" w:rsidP="0002088B">
      <w:pPr>
        <w:pStyle w:val="Heading2"/>
        <w:rPr>
          <w:color w:val="244061" w:themeColor="accent1" w:themeShade="80"/>
        </w:rPr>
      </w:pPr>
      <w:bookmarkStart w:id="17" w:name="_Toc231831331"/>
      <w:r w:rsidRPr="0002088B">
        <w:rPr>
          <w:color w:val="244061" w:themeColor="accent1" w:themeShade="80"/>
        </w:rPr>
        <w:t>Spotlight: More authentic &amp; creative learning</w:t>
      </w:r>
      <w:bookmarkEnd w:id="17"/>
    </w:p>
    <w:p w14:paraId="326D9D10" w14:textId="77777777" w:rsidR="008A1267" w:rsidRPr="008A1267" w:rsidRDefault="008A1267" w:rsidP="008A1267">
      <w:pPr>
        <w:pStyle w:val="ListParagraph"/>
        <w:numPr>
          <w:ilvl w:val="0"/>
          <w:numId w:val="23"/>
        </w:numPr>
        <w:rPr>
          <w:rFonts w:asciiTheme="majorHAnsi" w:hAnsiTheme="majorHAnsi" w:cstheme="majorHAnsi"/>
        </w:rPr>
      </w:pPr>
      <w:r w:rsidRPr="008A1267">
        <w:rPr>
          <w:rFonts w:asciiTheme="majorHAnsi" w:hAnsiTheme="majorHAnsi" w:cstheme="majorHAnsi"/>
        </w:rPr>
        <w:t>Visual Thinking Strategies (VTS) to promote critical and analytical thinking</w:t>
      </w:r>
    </w:p>
    <w:p w14:paraId="322F39D1" w14:textId="77777777" w:rsidR="008A1267" w:rsidRPr="008A1267" w:rsidRDefault="008A1267" w:rsidP="008A1267">
      <w:pPr>
        <w:pStyle w:val="ListParagraph"/>
        <w:numPr>
          <w:ilvl w:val="0"/>
          <w:numId w:val="23"/>
        </w:numPr>
        <w:rPr>
          <w:rFonts w:asciiTheme="majorHAnsi" w:hAnsiTheme="majorHAnsi" w:cstheme="majorHAnsi"/>
        </w:rPr>
      </w:pPr>
      <w:r w:rsidRPr="008A1267">
        <w:rPr>
          <w:rFonts w:asciiTheme="majorHAnsi" w:hAnsiTheme="majorHAnsi" w:cstheme="majorHAnsi"/>
        </w:rPr>
        <w:t xml:space="preserve">Story telling: “Interview” with notable figures in nursing (figures played by actor), </w:t>
      </w:r>
    </w:p>
    <w:p w14:paraId="58C9D9F2" w14:textId="77777777" w:rsidR="008A1267" w:rsidRPr="008A1267" w:rsidRDefault="008A1267" w:rsidP="008A1267">
      <w:pPr>
        <w:pStyle w:val="ListParagraph"/>
        <w:numPr>
          <w:ilvl w:val="0"/>
          <w:numId w:val="23"/>
        </w:numPr>
        <w:rPr>
          <w:rFonts w:asciiTheme="majorHAnsi" w:hAnsiTheme="majorHAnsi" w:cstheme="majorHAnsi"/>
        </w:rPr>
      </w:pPr>
      <w:r w:rsidRPr="008A1267">
        <w:rPr>
          <w:rFonts w:asciiTheme="majorHAnsi" w:hAnsiTheme="majorHAnsi" w:cstheme="majorHAnsi"/>
        </w:rPr>
        <w:t>Roleplaying: teaching and simulation staff role play patient</w:t>
      </w:r>
    </w:p>
    <w:p w14:paraId="52BAFCA5" w14:textId="77777777" w:rsidR="008A1267" w:rsidRPr="008A1267" w:rsidRDefault="008A1267" w:rsidP="008A1267">
      <w:pPr>
        <w:pStyle w:val="ListParagraph"/>
        <w:numPr>
          <w:ilvl w:val="0"/>
          <w:numId w:val="23"/>
        </w:numPr>
        <w:rPr>
          <w:rFonts w:asciiTheme="majorHAnsi" w:hAnsiTheme="majorHAnsi" w:cstheme="majorHAnsi"/>
        </w:rPr>
      </w:pPr>
      <w:r w:rsidRPr="008A1267">
        <w:rPr>
          <w:rFonts w:asciiTheme="majorHAnsi" w:hAnsiTheme="majorHAnsi" w:cstheme="majorHAnsi"/>
        </w:rPr>
        <w:t>Rotating learning stations</w:t>
      </w:r>
    </w:p>
    <w:p w14:paraId="0FCFF3D0" w14:textId="77777777" w:rsidR="008A1267" w:rsidRPr="0002088B" w:rsidRDefault="008A1267" w:rsidP="008A1267">
      <w:pPr>
        <w:pStyle w:val="ListParagraph"/>
        <w:numPr>
          <w:ilvl w:val="0"/>
          <w:numId w:val="23"/>
        </w:numPr>
        <w:rPr>
          <w:rFonts w:asciiTheme="majorHAnsi" w:hAnsiTheme="majorHAnsi" w:cstheme="majorHAnsi"/>
          <w:b/>
          <w:bCs/>
        </w:rPr>
      </w:pPr>
      <w:r w:rsidRPr="008A1267">
        <w:rPr>
          <w:rFonts w:asciiTheme="majorHAnsi" w:hAnsiTheme="majorHAnsi" w:cstheme="majorHAnsi"/>
        </w:rPr>
        <w:t>Choice of challenge level in practical labs to practice key skills (Caulfield &amp; Oliver, 2025)</w:t>
      </w:r>
    </w:p>
    <w:p w14:paraId="5077CC05" w14:textId="77777777" w:rsidR="0002088B" w:rsidRPr="008A1267" w:rsidRDefault="0002088B" w:rsidP="008A1267">
      <w:pPr>
        <w:pStyle w:val="ListParagraph"/>
        <w:numPr>
          <w:ilvl w:val="0"/>
          <w:numId w:val="23"/>
        </w:numPr>
        <w:rPr>
          <w:rFonts w:asciiTheme="majorHAnsi" w:hAnsiTheme="majorHAnsi" w:cstheme="majorHAnsi"/>
          <w:b/>
          <w:bCs/>
        </w:rPr>
      </w:pPr>
    </w:p>
    <w:p w14:paraId="2AA6875D" w14:textId="77777777" w:rsidR="008A1267" w:rsidRPr="0002088B" w:rsidRDefault="008A1267" w:rsidP="0002088B">
      <w:pPr>
        <w:pStyle w:val="Heading2"/>
        <w:rPr>
          <w:color w:val="244061" w:themeColor="accent1" w:themeShade="80"/>
        </w:rPr>
      </w:pPr>
      <w:bookmarkStart w:id="18" w:name="_Toc231831332"/>
      <w:r w:rsidRPr="0002088B">
        <w:rPr>
          <w:color w:val="244061" w:themeColor="accent1" w:themeShade="80"/>
        </w:rPr>
        <w:lastRenderedPageBreak/>
        <w:t>More About Westvale/</w:t>
      </w:r>
      <w:proofErr w:type="spellStart"/>
      <w:r w:rsidRPr="0002088B">
        <w:rPr>
          <w:color w:val="244061" w:themeColor="accent1" w:themeShade="80"/>
        </w:rPr>
        <w:t>Boyakoorlup</w:t>
      </w:r>
      <w:bookmarkEnd w:id="18"/>
      <w:proofErr w:type="spellEnd"/>
    </w:p>
    <w:p w14:paraId="79939D8D" w14:textId="77C0E330" w:rsidR="008A1267" w:rsidRPr="008A1267" w:rsidRDefault="008A1267" w:rsidP="008A1267">
      <w:pPr>
        <w:rPr>
          <w:rFonts w:asciiTheme="majorHAnsi" w:hAnsiTheme="majorHAnsi" w:cstheme="majorHAnsi"/>
        </w:rPr>
      </w:pPr>
      <w:r w:rsidRPr="008A1267">
        <w:rPr>
          <w:rFonts w:asciiTheme="majorHAnsi" w:hAnsiTheme="majorHAnsi" w:cstheme="majorHAnsi"/>
        </w:rPr>
        <w:t xml:space="preserve">Welcome to </w:t>
      </w:r>
      <w:proofErr w:type="spellStart"/>
      <w:r w:rsidRPr="008A1267">
        <w:rPr>
          <w:rFonts w:asciiTheme="majorHAnsi" w:hAnsiTheme="majorHAnsi" w:cstheme="majorHAnsi"/>
        </w:rPr>
        <w:t>Boyakoorlup</w:t>
      </w:r>
      <w:proofErr w:type="spellEnd"/>
      <w:r w:rsidRPr="008A1267">
        <w:rPr>
          <w:rFonts w:asciiTheme="majorHAnsi" w:hAnsiTheme="majorHAnsi" w:cstheme="majorHAnsi"/>
        </w:rPr>
        <w:t xml:space="preserve">, meaning “the place of the rocks”, also known as Westvale, a fictional rural town located two hours’ drive from Perth, Western Australia. B Western Australia. </w:t>
      </w:r>
      <w:proofErr w:type="spellStart"/>
      <w:r w:rsidRPr="008A1267">
        <w:rPr>
          <w:rFonts w:asciiTheme="majorHAnsi" w:hAnsiTheme="majorHAnsi" w:cstheme="majorHAnsi"/>
        </w:rPr>
        <w:t>Boyakoorlup</w:t>
      </w:r>
      <w:proofErr w:type="spellEnd"/>
      <w:r w:rsidRPr="008A1267">
        <w:rPr>
          <w:rFonts w:asciiTheme="majorHAnsi" w:hAnsiTheme="majorHAnsi" w:cstheme="majorHAnsi"/>
        </w:rPr>
        <w:t>/Westvale is a vibrant community, shaped by its rich history in farming and mining, which remain the town's main industries.</w:t>
      </w:r>
    </w:p>
    <w:p w14:paraId="2F101D8A"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 xml:space="preserve">Throughout your course, you will encounter a series of profiles of fictional townspeople, each crafted to give </w:t>
      </w:r>
      <w:proofErr w:type="spellStart"/>
      <w:r w:rsidRPr="008A1267">
        <w:rPr>
          <w:rFonts w:asciiTheme="majorHAnsi" w:hAnsiTheme="majorHAnsi" w:cstheme="majorHAnsi"/>
        </w:rPr>
        <w:t>you</w:t>
      </w:r>
      <w:proofErr w:type="spellEnd"/>
      <w:r w:rsidRPr="008A1267">
        <w:rPr>
          <w:rFonts w:asciiTheme="majorHAnsi" w:hAnsiTheme="majorHAnsi" w:cstheme="majorHAnsi"/>
        </w:rPr>
        <w:t xml:space="preserve"> insight into the various aspects of healthcare. These characters have been developed with the support of AI tools to ensure depth, diversity, and realism. The accompanying profile photos are AI-generated images created solely for educational purposes. These individuals represent the diverse needs, backgrounds, and health challenges that are commonly encountered in Australia. As you meet and learn about them throughout your studies, you will deepen your understanding of patient care.</w:t>
      </w:r>
    </w:p>
    <w:p w14:paraId="1849FF97"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However, it is important to remember that these profiles, while carefully created, are fictional. The scenarios and situations presented may include errors or oversimplifications, as they are meant to spark thought, discussion, and critical thinking. As a nursing student, your role will be to apply your knowledge, skills, and clinical judgment to approach these cases with professionalism, empathy, and the ability to adapt to the nuances of real-world practice.</w:t>
      </w:r>
    </w:p>
    <w:p w14:paraId="69DF1021"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 xml:space="preserve">As you progress through your course, you will meet a variety of people from </w:t>
      </w:r>
      <w:proofErr w:type="spellStart"/>
      <w:r w:rsidRPr="008A1267">
        <w:rPr>
          <w:rFonts w:asciiTheme="majorHAnsi" w:hAnsiTheme="majorHAnsi" w:cstheme="majorHAnsi"/>
        </w:rPr>
        <w:t>Boyakoorlup</w:t>
      </w:r>
      <w:proofErr w:type="spellEnd"/>
      <w:r w:rsidRPr="008A1267">
        <w:rPr>
          <w:rFonts w:asciiTheme="majorHAnsi" w:hAnsiTheme="majorHAnsi" w:cstheme="majorHAnsi"/>
        </w:rPr>
        <w:t>/Westvale who will help shape your understanding of healthcare. These profiles are designed to challenge you to think beyond the textbook and consider the broader context of healthcare delivery.</w:t>
      </w:r>
    </w:p>
    <w:p w14:paraId="2D7ABEBF"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 xml:space="preserve">In addition to the profiles, you will also have the chance to discuss and </w:t>
      </w:r>
      <w:proofErr w:type="spellStart"/>
      <w:r w:rsidRPr="008A1267">
        <w:rPr>
          <w:rFonts w:asciiTheme="majorHAnsi" w:hAnsiTheme="majorHAnsi" w:cstheme="majorHAnsi"/>
        </w:rPr>
        <w:t>analyse</w:t>
      </w:r>
      <w:proofErr w:type="spellEnd"/>
      <w:r w:rsidRPr="008A1267">
        <w:rPr>
          <w:rFonts w:asciiTheme="majorHAnsi" w:hAnsiTheme="majorHAnsi" w:cstheme="majorHAnsi"/>
        </w:rPr>
        <w:t xml:space="preserve"> the challenges faced by healthcare professionals. These interactions will allow you to gain a better understanding of the unique dynamics of healthcare and the skills needed to provide compassionate, patient-centered care.</w:t>
      </w:r>
    </w:p>
    <w:p w14:paraId="58F4696C"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By the end of this resource, you will have a deeper appreciation for the multifaceted nature of nursing and be better prepared to navigate the complexities that come with caring for individuals in these settings.</w:t>
      </w:r>
    </w:p>
    <w:p w14:paraId="337D2B61"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 xml:space="preserve">We encourage you to approach this resource with curiosity, critical thinking, and an open mind as you engage with the fictional, yet realistic scenarios provided. </w:t>
      </w:r>
      <w:proofErr w:type="gramStart"/>
      <w:r w:rsidRPr="008A1267">
        <w:rPr>
          <w:rFonts w:asciiTheme="majorHAnsi" w:hAnsiTheme="majorHAnsi" w:cstheme="majorHAnsi"/>
        </w:rPr>
        <w:t>Your</w:t>
      </w:r>
      <w:proofErr w:type="gramEnd"/>
      <w:r w:rsidRPr="008A1267">
        <w:rPr>
          <w:rFonts w:asciiTheme="majorHAnsi" w:hAnsiTheme="majorHAnsi" w:cstheme="majorHAnsi"/>
        </w:rPr>
        <w:t xml:space="preserve"> learning in </w:t>
      </w:r>
      <w:proofErr w:type="spellStart"/>
      <w:r w:rsidRPr="008A1267">
        <w:rPr>
          <w:rFonts w:asciiTheme="majorHAnsi" w:hAnsiTheme="majorHAnsi" w:cstheme="majorHAnsi"/>
        </w:rPr>
        <w:t>Boyakoorlup</w:t>
      </w:r>
      <w:proofErr w:type="spellEnd"/>
      <w:r w:rsidRPr="008A1267">
        <w:rPr>
          <w:rFonts w:asciiTheme="majorHAnsi" w:hAnsiTheme="majorHAnsi" w:cstheme="majorHAnsi"/>
        </w:rPr>
        <w:t>/Westvale will not only enhance your clinical skills but will also enrich your understanding of health, making you a more well-rounded and adaptable nursing professional.</w:t>
      </w:r>
    </w:p>
    <w:p w14:paraId="5D2613FF" w14:textId="77777777" w:rsidR="008A1267" w:rsidRPr="008A1267" w:rsidRDefault="008A1267" w:rsidP="008A1267">
      <w:pPr>
        <w:rPr>
          <w:rFonts w:asciiTheme="majorHAnsi" w:hAnsiTheme="majorHAnsi" w:cstheme="majorHAnsi"/>
          <w:b/>
          <w:bCs/>
        </w:rPr>
      </w:pPr>
      <w:r w:rsidRPr="008A1267">
        <w:rPr>
          <w:rFonts w:asciiTheme="majorHAnsi" w:hAnsiTheme="majorHAnsi" w:cstheme="majorHAnsi"/>
        </w:rPr>
        <w:t>Let the journey begin!</w:t>
      </w:r>
    </w:p>
    <w:p w14:paraId="5A6CF409" w14:textId="34F81A52" w:rsidR="00F414E1" w:rsidRPr="009D2D1C" w:rsidRDefault="00711CE1" w:rsidP="008A1267">
      <w:pPr>
        <w:pStyle w:val="Heading1"/>
        <w:rPr>
          <w:rFonts w:cstheme="majorHAnsi"/>
        </w:rPr>
      </w:pPr>
      <w:bookmarkStart w:id="19" w:name="_Toc231831333"/>
      <w:r w:rsidRPr="009D2D1C">
        <w:rPr>
          <w:rFonts w:cstheme="majorHAnsi"/>
        </w:rPr>
        <w:t>References</w:t>
      </w:r>
      <w:bookmarkEnd w:id="19"/>
    </w:p>
    <w:p w14:paraId="67706912" w14:textId="77777777" w:rsidR="008A1267" w:rsidRPr="008A1267" w:rsidRDefault="008A1267" w:rsidP="008A1267">
      <w:pPr>
        <w:rPr>
          <w:rFonts w:asciiTheme="majorHAnsi" w:hAnsiTheme="majorHAnsi" w:cstheme="majorHAnsi"/>
        </w:rPr>
      </w:pPr>
      <w:r w:rsidRPr="008A1267">
        <w:rPr>
          <w:rFonts w:asciiTheme="majorHAnsi" w:hAnsiTheme="majorHAnsi" w:cstheme="majorHAnsi"/>
        </w:rPr>
        <w:t xml:space="preserve">Caulfield, R., &amp; Oliver, N. 2025. Challenging with chillis: Scaffolding learner led task difficulty into nursing clinical skills. Focus on Health Professional Education: A Multi-Professional Journal, 26(3), 6-8. https://www.researchgate.net/publication/396042241_Challenging_with_chillis_Scaffolding_learner-led_task_difficulty_into_nursing_clinical_skills </w:t>
      </w:r>
    </w:p>
    <w:p w14:paraId="20DAD29D" w14:textId="4D6A0437" w:rsidR="00F414E1" w:rsidRPr="008A1267" w:rsidRDefault="008A1267" w:rsidP="008A1267">
      <w:pPr>
        <w:rPr>
          <w:rFonts w:asciiTheme="majorHAnsi" w:hAnsiTheme="majorHAnsi" w:cstheme="majorHAnsi"/>
        </w:rPr>
      </w:pPr>
      <w:proofErr w:type="spellStart"/>
      <w:r w:rsidRPr="008A1267">
        <w:rPr>
          <w:rFonts w:asciiTheme="majorHAnsi" w:hAnsiTheme="majorHAnsi" w:cstheme="majorHAnsi"/>
        </w:rPr>
        <w:lastRenderedPageBreak/>
        <w:t>Cilauro</w:t>
      </w:r>
      <w:proofErr w:type="spellEnd"/>
      <w:r w:rsidRPr="008A1267">
        <w:rPr>
          <w:rFonts w:asciiTheme="majorHAnsi" w:hAnsiTheme="majorHAnsi" w:cstheme="majorHAnsi"/>
        </w:rPr>
        <w:t>, S. (Writer), Gleisner T. (Writer), and Sitch, R. (Writer &amp; Director). 2023, July 19. Utopia. (Season 5, Episode 7: Frequently avoided questions). [TV series episode] https://youtube.com/shorts/eFfuSJcRPkE?si=-MN14itpoOcmY9Hk  </w:t>
      </w:r>
    </w:p>
    <w:sectPr w:rsidR="00F414E1" w:rsidRPr="008A1267" w:rsidSect="008A1267">
      <w:pgSz w:w="12240" w:h="15840"/>
      <w:pgMar w:top="1440" w:right="61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93577E"/>
    <w:multiLevelType w:val="hybridMultilevel"/>
    <w:tmpl w:val="8A3C8960"/>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72542B0"/>
    <w:multiLevelType w:val="hybridMultilevel"/>
    <w:tmpl w:val="4BC05452"/>
    <w:lvl w:ilvl="0" w:tplc="30A8EED4">
      <w:start w:val="1"/>
      <w:numFmt w:val="bullet"/>
      <w:lvlText w:val="•"/>
      <w:lvlJc w:val="left"/>
      <w:pPr>
        <w:tabs>
          <w:tab w:val="num" w:pos="720"/>
        </w:tabs>
        <w:ind w:left="720" w:hanging="360"/>
      </w:pPr>
      <w:rPr>
        <w:rFonts w:ascii="Arial" w:hAnsi="Arial" w:hint="default"/>
      </w:rPr>
    </w:lvl>
    <w:lvl w:ilvl="1" w:tplc="CA3AA59A" w:tentative="1">
      <w:start w:val="1"/>
      <w:numFmt w:val="bullet"/>
      <w:lvlText w:val="•"/>
      <w:lvlJc w:val="left"/>
      <w:pPr>
        <w:tabs>
          <w:tab w:val="num" w:pos="1440"/>
        </w:tabs>
        <w:ind w:left="1440" w:hanging="360"/>
      </w:pPr>
      <w:rPr>
        <w:rFonts w:ascii="Arial" w:hAnsi="Arial" w:hint="default"/>
      </w:rPr>
    </w:lvl>
    <w:lvl w:ilvl="2" w:tplc="713465C0" w:tentative="1">
      <w:start w:val="1"/>
      <w:numFmt w:val="bullet"/>
      <w:lvlText w:val="•"/>
      <w:lvlJc w:val="left"/>
      <w:pPr>
        <w:tabs>
          <w:tab w:val="num" w:pos="2160"/>
        </w:tabs>
        <w:ind w:left="2160" w:hanging="360"/>
      </w:pPr>
      <w:rPr>
        <w:rFonts w:ascii="Arial" w:hAnsi="Arial" w:hint="default"/>
      </w:rPr>
    </w:lvl>
    <w:lvl w:ilvl="3" w:tplc="DFCC2078" w:tentative="1">
      <w:start w:val="1"/>
      <w:numFmt w:val="bullet"/>
      <w:lvlText w:val="•"/>
      <w:lvlJc w:val="left"/>
      <w:pPr>
        <w:tabs>
          <w:tab w:val="num" w:pos="2880"/>
        </w:tabs>
        <w:ind w:left="2880" w:hanging="360"/>
      </w:pPr>
      <w:rPr>
        <w:rFonts w:ascii="Arial" w:hAnsi="Arial" w:hint="default"/>
      </w:rPr>
    </w:lvl>
    <w:lvl w:ilvl="4" w:tplc="133EA8F6" w:tentative="1">
      <w:start w:val="1"/>
      <w:numFmt w:val="bullet"/>
      <w:lvlText w:val="•"/>
      <w:lvlJc w:val="left"/>
      <w:pPr>
        <w:tabs>
          <w:tab w:val="num" w:pos="3600"/>
        </w:tabs>
        <w:ind w:left="3600" w:hanging="360"/>
      </w:pPr>
      <w:rPr>
        <w:rFonts w:ascii="Arial" w:hAnsi="Arial" w:hint="default"/>
      </w:rPr>
    </w:lvl>
    <w:lvl w:ilvl="5" w:tplc="6B6ED930" w:tentative="1">
      <w:start w:val="1"/>
      <w:numFmt w:val="bullet"/>
      <w:lvlText w:val="•"/>
      <w:lvlJc w:val="left"/>
      <w:pPr>
        <w:tabs>
          <w:tab w:val="num" w:pos="4320"/>
        </w:tabs>
        <w:ind w:left="4320" w:hanging="360"/>
      </w:pPr>
      <w:rPr>
        <w:rFonts w:ascii="Arial" w:hAnsi="Arial" w:hint="default"/>
      </w:rPr>
    </w:lvl>
    <w:lvl w:ilvl="6" w:tplc="96EC89F4" w:tentative="1">
      <w:start w:val="1"/>
      <w:numFmt w:val="bullet"/>
      <w:lvlText w:val="•"/>
      <w:lvlJc w:val="left"/>
      <w:pPr>
        <w:tabs>
          <w:tab w:val="num" w:pos="5040"/>
        </w:tabs>
        <w:ind w:left="5040" w:hanging="360"/>
      </w:pPr>
      <w:rPr>
        <w:rFonts w:ascii="Arial" w:hAnsi="Arial" w:hint="default"/>
      </w:rPr>
    </w:lvl>
    <w:lvl w:ilvl="7" w:tplc="F4EED688" w:tentative="1">
      <w:start w:val="1"/>
      <w:numFmt w:val="bullet"/>
      <w:lvlText w:val="•"/>
      <w:lvlJc w:val="left"/>
      <w:pPr>
        <w:tabs>
          <w:tab w:val="num" w:pos="5760"/>
        </w:tabs>
        <w:ind w:left="5760" w:hanging="360"/>
      </w:pPr>
      <w:rPr>
        <w:rFonts w:ascii="Arial" w:hAnsi="Arial" w:hint="default"/>
      </w:rPr>
    </w:lvl>
    <w:lvl w:ilvl="8" w:tplc="CFB4D35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0592AD9"/>
    <w:multiLevelType w:val="hybridMultilevel"/>
    <w:tmpl w:val="28246D50"/>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1C2E10"/>
    <w:multiLevelType w:val="hybridMultilevel"/>
    <w:tmpl w:val="93689CB2"/>
    <w:lvl w:ilvl="0" w:tplc="E59C29DE">
      <w:start w:val="1"/>
      <w:numFmt w:val="bullet"/>
      <w:lvlText w:val="•"/>
      <w:lvlJc w:val="left"/>
      <w:pPr>
        <w:tabs>
          <w:tab w:val="num" w:pos="720"/>
        </w:tabs>
        <w:ind w:left="720" w:hanging="360"/>
      </w:pPr>
      <w:rPr>
        <w:rFonts w:ascii="Arial" w:hAnsi="Arial" w:hint="default"/>
      </w:rPr>
    </w:lvl>
    <w:lvl w:ilvl="1" w:tplc="7BEC7354" w:tentative="1">
      <w:start w:val="1"/>
      <w:numFmt w:val="bullet"/>
      <w:lvlText w:val="•"/>
      <w:lvlJc w:val="left"/>
      <w:pPr>
        <w:tabs>
          <w:tab w:val="num" w:pos="1440"/>
        </w:tabs>
        <w:ind w:left="1440" w:hanging="360"/>
      </w:pPr>
      <w:rPr>
        <w:rFonts w:ascii="Arial" w:hAnsi="Arial" w:hint="default"/>
      </w:rPr>
    </w:lvl>
    <w:lvl w:ilvl="2" w:tplc="F9DC111A" w:tentative="1">
      <w:start w:val="1"/>
      <w:numFmt w:val="bullet"/>
      <w:lvlText w:val="•"/>
      <w:lvlJc w:val="left"/>
      <w:pPr>
        <w:tabs>
          <w:tab w:val="num" w:pos="2160"/>
        </w:tabs>
        <w:ind w:left="2160" w:hanging="360"/>
      </w:pPr>
      <w:rPr>
        <w:rFonts w:ascii="Arial" w:hAnsi="Arial" w:hint="default"/>
      </w:rPr>
    </w:lvl>
    <w:lvl w:ilvl="3" w:tplc="71A89986" w:tentative="1">
      <w:start w:val="1"/>
      <w:numFmt w:val="bullet"/>
      <w:lvlText w:val="•"/>
      <w:lvlJc w:val="left"/>
      <w:pPr>
        <w:tabs>
          <w:tab w:val="num" w:pos="2880"/>
        </w:tabs>
        <w:ind w:left="2880" w:hanging="360"/>
      </w:pPr>
      <w:rPr>
        <w:rFonts w:ascii="Arial" w:hAnsi="Arial" w:hint="default"/>
      </w:rPr>
    </w:lvl>
    <w:lvl w:ilvl="4" w:tplc="526C4918" w:tentative="1">
      <w:start w:val="1"/>
      <w:numFmt w:val="bullet"/>
      <w:lvlText w:val="•"/>
      <w:lvlJc w:val="left"/>
      <w:pPr>
        <w:tabs>
          <w:tab w:val="num" w:pos="3600"/>
        </w:tabs>
        <w:ind w:left="3600" w:hanging="360"/>
      </w:pPr>
      <w:rPr>
        <w:rFonts w:ascii="Arial" w:hAnsi="Arial" w:hint="default"/>
      </w:rPr>
    </w:lvl>
    <w:lvl w:ilvl="5" w:tplc="7C544964" w:tentative="1">
      <w:start w:val="1"/>
      <w:numFmt w:val="bullet"/>
      <w:lvlText w:val="•"/>
      <w:lvlJc w:val="left"/>
      <w:pPr>
        <w:tabs>
          <w:tab w:val="num" w:pos="4320"/>
        </w:tabs>
        <w:ind w:left="4320" w:hanging="360"/>
      </w:pPr>
      <w:rPr>
        <w:rFonts w:ascii="Arial" w:hAnsi="Arial" w:hint="default"/>
      </w:rPr>
    </w:lvl>
    <w:lvl w:ilvl="6" w:tplc="CDB081B4" w:tentative="1">
      <w:start w:val="1"/>
      <w:numFmt w:val="bullet"/>
      <w:lvlText w:val="•"/>
      <w:lvlJc w:val="left"/>
      <w:pPr>
        <w:tabs>
          <w:tab w:val="num" w:pos="5040"/>
        </w:tabs>
        <w:ind w:left="5040" w:hanging="360"/>
      </w:pPr>
      <w:rPr>
        <w:rFonts w:ascii="Arial" w:hAnsi="Arial" w:hint="default"/>
      </w:rPr>
    </w:lvl>
    <w:lvl w:ilvl="7" w:tplc="53484AB6" w:tentative="1">
      <w:start w:val="1"/>
      <w:numFmt w:val="bullet"/>
      <w:lvlText w:val="•"/>
      <w:lvlJc w:val="left"/>
      <w:pPr>
        <w:tabs>
          <w:tab w:val="num" w:pos="5760"/>
        </w:tabs>
        <w:ind w:left="5760" w:hanging="360"/>
      </w:pPr>
      <w:rPr>
        <w:rFonts w:ascii="Arial" w:hAnsi="Arial" w:hint="default"/>
      </w:rPr>
    </w:lvl>
    <w:lvl w:ilvl="8" w:tplc="8A148B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7E66DED"/>
    <w:multiLevelType w:val="hybridMultilevel"/>
    <w:tmpl w:val="E5907AF8"/>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2D0C2E"/>
    <w:multiLevelType w:val="hybridMultilevel"/>
    <w:tmpl w:val="0AD873CE"/>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606884"/>
    <w:multiLevelType w:val="hybridMultilevel"/>
    <w:tmpl w:val="A52AA906"/>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1D5E9B"/>
    <w:multiLevelType w:val="hybridMultilevel"/>
    <w:tmpl w:val="EFBCC930"/>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D544BE"/>
    <w:multiLevelType w:val="hybridMultilevel"/>
    <w:tmpl w:val="F8A8CC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03D1876"/>
    <w:multiLevelType w:val="hybridMultilevel"/>
    <w:tmpl w:val="1D92AF7E"/>
    <w:lvl w:ilvl="0" w:tplc="1B2EFD6C">
      <w:start w:val="1"/>
      <w:numFmt w:val="bullet"/>
      <w:lvlText w:val="•"/>
      <w:lvlJc w:val="left"/>
      <w:pPr>
        <w:tabs>
          <w:tab w:val="num" w:pos="720"/>
        </w:tabs>
        <w:ind w:left="720" w:hanging="360"/>
      </w:pPr>
      <w:rPr>
        <w:rFonts w:ascii="Arial" w:hAnsi="Arial" w:hint="default"/>
      </w:rPr>
    </w:lvl>
    <w:lvl w:ilvl="1" w:tplc="B6F8F216" w:tentative="1">
      <w:start w:val="1"/>
      <w:numFmt w:val="bullet"/>
      <w:lvlText w:val="•"/>
      <w:lvlJc w:val="left"/>
      <w:pPr>
        <w:tabs>
          <w:tab w:val="num" w:pos="1440"/>
        </w:tabs>
        <w:ind w:left="1440" w:hanging="360"/>
      </w:pPr>
      <w:rPr>
        <w:rFonts w:ascii="Arial" w:hAnsi="Arial" w:hint="default"/>
      </w:rPr>
    </w:lvl>
    <w:lvl w:ilvl="2" w:tplc="FC02A540" w:tentative="1">
      <w:start w:val="1"/>
      <w:numFmt w:val="bullet"/>
      <w:lvlText w:val="•"/>
      <w:lvlJc w:val="left"/>
      <w:pPr>
        <w:tabs>
          <w:tab w:val="num" w:pos="2160"/>
        </w:tabs>
        <w:ind w:left="2160" w:hanging="360"/>
      </w:pPr>
      <w:rPr>
        <w:rFonts w:ascii="Arial" w:hAnsi="Arial" w:hint="default"/>
      </w:rPr>
    </w:lvl>
    <w:lvl w:ilvl="3" w:tplc="21B0BE5A" w:tentative="1">
      <w:start w:val="1"/>
      <w:numFmt w:val="bullet"/>
      <w:lvlText w:val="•"/>
      <w:lvlJc w:val="left"/>
      <w:pPr>
        <w:tabs>
          <w:tab w:val="num" w:pos="2880"/>
        </w:tabs>
        <w:ind w:left="2880" w:hanging="360"/>
      </w:pPr>
      <w:rPr>
        <w:rFonts w:ascii="Arial" w:hAnsi="Arial" w:hint="default"/>
      </w:rPr>
    </w:lvl>
    <w:lvl w:ilvl="4" w:tplc="3428426C" w:tentative="1">
      <w:start w:val="1"/>
      <w:numFmt w:val="bullet"/>
      <w:lvlText w:val="•"/>
      <w:lvlJc w:val="left"/>
      <w:pPr>
        <w:tabs>
          <w:tab w:val="num" w:pos="3600"/>
        </w:tabs>
        <w:ind w:left="3600" w:hanging="360"/>
      </w:pPr>
      <w:rPr>
        <w:rFonts w:ascii="Arial" w:hAnsi="Arial" w:hint="default"/>
      </w:rPr>
    </w:lvl>
    <w:lvl w:ilvl="5" w:tplc="A8BA6974" w:tentative="1">
      <w:start w:val="1"/>
      <w:numFmt w:val="bullet"/>
      <w:lvlText w:val="•"/>
      <w:lvlJc w:val="left"/>
      <w:pPr>
        <w:tabs>
          <w:tab w:val="num" w:pos="4320"/>
        </w:tabs>
        <w:ind w:left="4320" w:hanging="360"/>
      </w:pPr>
      <w:rPr>
        <w:rFonts w:ascii="Arial" w:hAnsi="Arial" w:hint="default"/>
      </w:rPr>
    </w:lvl>
    <w:lvl w:ilvl="6" w:tplc="2942578E" w:tentative="1">
      <w:start w:val="1"/>
      <w:numFmt w:val="bullet"/>
      <w:lvlText w:val="•"/>
      <w:lvlJc w:val="left"/>
      <w:pPr>
        <w:tabs>
          <w:tab w:val="num" w:pos="5040"/>
        </w:tabs>
        <w:ind w:left="5040" w:hanging="360"/>
      </w:pPr>
      <w:rPr>
        <w:rFonts w:ascii="Arial" w:hAnsi="Arial" w:hint="default"/>
      </w:rPr>
    </w:lvl>
    <w:lvl w:ilvl="7" w:tplc="7970604C" w:tentative="1">
      <w:start w:val="1"/>
      <w:numFmt w:val="bullet"/>
      <w:lvlText w:val="•"/>
      <w:lvlJc w:val="left"/>
      <w:pPr>
        <w:tabs>
          <w:tab w:val="num" w:pos="5760"/>
        </w:tabs>
        <w:ind w:left="5760" w:hanging="360"/>
      </w:pPr>
      <w:rPr>
        <w:rFonts w:ascii="Arial" w:hAnsi="Arial" w:hint="default"/>
      </w:rPr>
    </w:lvl>
    <w:lvl w:ilvl="8" w:tplc="9BEAEBF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66F422C"/>
    <w:multiLevelType w:val="hybridMultilevel"/>
    <w:tmpl w:val="8790133A"/>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C25EEA"/>
    <w:multiLevelType w:val="hybridMultilevel"/>
    <w:tmpl w:val="296220D2"/>
    <w:lvl w:ilvl="0" w:tplc="76786162">
      <w:start w:val="1"/>
      <w:numFmt w:val="decimal"/>
      <w:lvlText w:val="%1."/>
      <w:lvlJc w:val="left"/>
      <w:pPr>
        <w:tabs>
          <w:tab w:val="num" w:pos="720"/>
        </w:tabs>
        <w:ind w:left="720" w:hanging="360"/>
      </w:pPr>
    </w:lvl>
    <w:lvl w:ilvl="1" w:tplc="72D0F622" w:tentative="1">
      <w:start w:val="1"/>
      <w:numFmt w:val="decimal"/>
      <w:lvlText w:val="%2."/>
      <w:lvlJc w:val="left"/>
      <w:pPr>
        <w:tabs>
          <w:tab w:val="num" w:pos="1440"/>
        </w:tabs>
        <w:ind w:left="1440" w:hanging="360"/>
      </w:pPr>
    </w:lvl>
    <w:lvl w:ilvl="2" w:tplc="2D102B52" w:tentative="1">
      <w:start w:val="1"/>
      <w:numFmt w:val="decimal"/>
      <w:lvlText w:val="%3."/>
      <w:lvlJc w:val="left"/>
      <w:pPr>
        <w:tabs>
          <w:tab w:val="num" w:pos="2160"/>
        </w:tabs>
        <w:ind w:left="2160" w:hanging="360"/>
      </w:pPr>
    </w:lvl>
    <w:lvl w:ilvl="3" w:tplc="2CAC1CC0" w:tentative="1">
      <w:start w:val="1"/>
      <w:numFmt w:val="decimal"/>
      <w:lvlText w:val="%4."/>
      <w:lvlJc w:val="left"/>
      <w:pPr>
        <w:tabs>
          <w:tab w:val="num" w:pos="2880"/>
        </w:tabs>
        <w:ind w:left="2880" w:hanging="360"/>
      </w:pPr>
    </w:lvl>
    <w:lvl w:ilvl="4" w:tplc="62D01AAC" w:tentative="1">
      <w:start w:val="1"/>
      <w:numFmt w:val="decimal"/>
      <w:lvlText w:val="%5."/>
      <w:lvlJc w:val="left"/>
      <w:pPr>
        <w:tabs>
          <w:tab w:val="num" w:pos="3600"/>
        </w:tabs>
        <w:ind w:left="3600" w:hanging="360"/>
      </w:pPr>
    </w:lvl>
    <w:lvl w:ilvl="5" w:tplc="7E3429A8" w:tentative="1">
      <w:start w:val="1"/>
      <w:numFmt w:val="decimal"/>
      <w:lvlText w:val="%6."/>
      <w:lvlJc w:val="left"/>
      <w:pPr>
        <w:tabs>
          <w:tab w:val="num" w:pos="4320"/>
        </w:tabs>
        <w:ind w:left="4320" w:hanging="360"/>
      </w:pPr>
    </w:lvl>
    <w:lvl w:ilvl="6" w:tplc="5B984C02" w:tentative="1">
      <w:start w:val="1"/>
      <w:numFmt w:val="decimal"/>
      <w:lvlText w:val="%7."/>
      <w:lvlJc w:val="left"/>
      <w:pPr>
        <w:tabs>
          <w:tab w:val="num" w:pos="5040"/>
        </w:tabs>
        <w:ind w:left="5040" w:hanging="360"/>
      </w:pPr>
    </w:lvl>
    <w:lvl w:ilvl="7" w:tplc="4CEA43F2" w:tentative="1">
      <w:start w:val="1"/>
      <w:numFmt w:val="decimal"/>
      <w:lvlText w:val="%8."/>
      <w:lvlJc w:val="left"/>
      <w:pPr>
        <w:tabs>
          <w:tab w:val="num" w:pos="5760"/>
        </w:tabs>
        <w:ind w:left="5760" w:hanging="360"/>
      </w:pPr>
    </w:lvl>
    <w:lvl w:ilvl="8" w:tplc="F0B2A774" w:tentative="1">
      <w:start w:val="1"/>
      <w:numFmt w:val="decimal"/>
      <w:lvlText w:val="%9."/>
      <w:lvlJc w:val="left"/>
      <w:pPr>
        <w:tabs>
          <w:tab w:val="num" w:pos="6480"/>
        </w:tabs>
        <w:ind w:left="6480" w:hanging="360"/>
      </w:pPr>
    </w:lvl>
  </w:abstractNum>
  <w:abstractNum w:abstractNumId="21" w15:restartNumberingAfterBreak="0">
    <w:nsid w:val="52891A4B"/>
    <w:multiLevelType w:val="hybridMultilevel"/>
    <w:tmpl w:val="E3FE1E70"/>
    <w:lvl w:ilvl="0" w:tplc="CFA23A62">
      <w:start w:val="1"/>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272186"/>
    <w:multiLevelType w:val="hybridMultilevel"/>
    <w:tmpl w:val="9FD66C50"/>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EA7F11"/>
    <w:multiLevelType w:val="hybridMultilevel"/>
    <w:tmpl w:val="0F184F80"/>
    <w:lvl w:ilvl="0" w:tplc="CFA23A62">
      <w:start w:val="1"/>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48E79EB"/>
    <w:multiLevelType w:val="hybridMultilevel"/>
    <w:tmpl w:val="E1CCE186"/>
    <w:lvl w:ilvl="0" w:tplc="7E308112">
      <w:start w:val="1"/>
      <w:numFmt w:val="bullet"/>
      <w:lvlText w:val="•"/>
      <w:lvlJc w:val="left"/>
      <w:pPr>
        <w:tabs>
          <w:tab w:val="num" w:pos="720"/>
        </w:tabs>
        <w:ind w:left="720" w:hanging="360"/>
      </w:pPr>
      <w:rPr>
        <w:rFonts w:ascii="Arial" w:hAnsi="Arial" w:hint="default"/>
      </w:rPr>
    </w:lvl>
    <w:lvl w:ilvl="1" w:tplc="EFC05AC0" w:tentative="1">
      <w:start w:val="1"/>
      <w:numFmt w:val="bullet"/>
      <w:lvlText w:val="•"/>
      <w:lvlJc w:val="left"/>
      <w:pPr>
        <w:tabs>
          <w:tab w:val="num" w:pos="1440"/>
        </w:tabs>
        <w:ind w:left="1440" w:hanging="360"/>
      </w:pPr>
      <w:rPr>
        <w:rFonts w:ascii="Arial" w:hAnsi="Arial" w:hint="default"/>
      </w:rPr>
    </w:lvl>
    <w:lvl w:ilvl="2" w:tplc="D25CC79E" w:tentative="1">
      <w:start w:val="1"/>
      <w:numFmt w:val="bullet"/>
      <w:lvlText w:val="•"/>
      <w:lvlJc w:val="left"/>
      <w:pPr>
        <w:tabs>
          <w:tab w:val="num" w:pos="2160"/>
        </w:tabs>
        <w:ind w:left="2160" w:hanging="360"/>
      </w:pPr>
      <w:rPr>
        <w:rFonts w:ascii="Arial" w:hAnsi="Arial" w:hint="default"/>
      </w:rPr>
    </w:lvl>
    <w:lvl w:ilvl="3" w:tplc="7764A98C" w:tentative="1">
      <w:start w:val="1"/>
      <w:numFmt w:val="bullet"/>
      <w:lvlText w:val="•"/>
      <w:lvlJc w:val="left"/>
      <w:pPr>
        <w:tabs>
          <w:tab w:val="num" w:pos="2880"/>
        </w:tabs>
        <w:ind w:left="2880" w:hanging="360"/>
      </w:pPr>
      <w:rPr>
        <w:rFonts w:ascii="Arial" w:hAnsi="Arial" w:hint="default"/>
      </w:rPr>
    </w:lvl>
    <w:lvl w:ilvl="4" w:tplc="F3DE157A" w:tentative="1">
      <w:start w:val="1"/>
      <w:numFmt w:val="bullet"/>
      <w:lvlText w:val="•"/>
      <w:lvlJc w:val="left"/>
      <w:pPr>
        <w:tabs>
          <w:tab w:val="num" w:pos="3600"/>
        </w:tabs>
        <w:ind w:left="3600" w:hanging="360"/>
      </w:pPr>
      <w:rPr>
        <w:rFonts w:ascii="Arial" w:hAnsi="Arial" w:hint="default"/>
      </w:rPr>
    </w:lvl>
    <w:lvl w:ilvl="5" w:tplc="46FA6FC8" w:tentative="1">
      <w:start w:val="1"/>
      <w:numFmt w:val="bullet"/>
      <w:lvlText w:val="•"/>
      <w:lvlJc w:val="left"/>
      <w:pPr>
        <w:tabs>
          <w:tab w:val="num" w:pos="4320"/>
        </w:tabs>
        <w:ind w:left="4320" w:hanging="360"/>
      </w:pPr>
      <w:rPr>
        <w:rFonts w:ascii="Arial" w:hAnsi="Arial" w:hint="default"/>
      </w:rPr>
    </w:lvl>
    <w:lvl w:ilvl="6" w:tplc="CDAAB092" w:tentative="1">
      <w:start w:val="1"/>
      <w:numFmt w:val="bullet"/>
      <w:lvlText w:val="•"/>
      <w:lvlJc w:val="left"/>
      <w:pPr>
        <w:tabs>
          <w:tab w:val="num" w:pos="5040"/>
        </w:tabs>
        <w:ind w:left="5040" w:hanging="360"/>
      </w:pPr>
      <w:rPr>
        <w:rFonts w:ascii="Arial" w:hAnsi="Arial" w:hint="default"/>
      </w:rPr>
    </w:lvl>
    <w:lvl w:ilvl="7" w:tplc="7D3CEEB8" w:tentative="1">
      <w:start w:val="1"/>
      <w:numFmt w:val="bullet"/>
      <w:lvlText w:val="•"/>
      <w:lvlJc w:val="left"/>
      <w:pPr>
        <w:tabs>
          <w:tab w:val="num" w:pos="5760"/>
        </w:tabs>
        <w:ind w:left="5760" w:hanging="360"/>
      </w:pPr>
      <w:rPr>
        <w:rFonts w:ascii="Arial" w:hAnsi="Arial" w:hint="default"/>
      </w:rPr>
    </w:lvl>
    <w:lvl w:ilvl="8" w:tplc="95660E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7BA1669"/>
    <w:multiLevelType w:val="hybridMultilevel"/>
    <w:tmpl w:val="FFD0787A"/>
    <w:lvl w:ilvl="0" w:tplc="6ACA3BAC">
      <w:start w:val="1"/>
      <w:numFmt w:val="bullet"/>
      <w:lvlText w:val="•"/>
      <w:lvlJc w:val="left"/>
      <w:pPr>
        <w:tabs>
          <w:tab w:val="num" w:pos="720"/>
        </w:tabs>
        <w:ind w:left="720" w:hanging="360"/>
      </w:pPr>
      <w:rPr>
        <w:rFonts w:ascii="Arial" w:hAnsi="Arial" w:hint="default"/>
      </w:rPr>
    </w:lvl>
    <w:lvl w:ilvl="1" w:tplc="B3BA8B50" w:tentative="1">
      <w:start w:val="1"/>
      <w:numFmt w:val="bullet"/>
      <w:lvlText w:val="•"/>
      <w:lvlJc w:val="left"/>
      <w:pPr>
        <w:tabs>
          <w:tab w:val="num" w:pos="1440"/>
        </w:tabs>
        <w:ind w:left="1440" w:hanging="360"/>
      </w:pPr>
      <w:rPr>
        <w:rFonts w:ascii="Arial" w:hAnsi="Arial" w:hint="default"/>
      </w:rPr>
    </w:lvl>
    <w:lvl w:ilvl="2" w:tplc="EE3C371E" w:tentative="1">
      <w:start w:val="1"/>
      <w:numFmt w:val="bullet"/>
      <w:lvlText w:val="•"/>
      <w:lvlJc w:val="left"/>
      <w:pPr>
        <w:tabs>
          <w:tab w:val="num" w:pos="2160"/>
        </w:tabs>
        <w:ind w:left="2160" w:hanging="360"/>
      </w:pPr>
      <w:rPr>
        <w:rFonts w:ascii="Arial" w:hAnsi="Arial" w:hint="default"/>
      </w:rPr>
    </w:lvl>
    <w:lvl w:ilvl="3" w:tplc="D6F892CA" w:tentative="1">
      <w:start w:val="1"/>
      <w:numFmt w:val="bullet"/>
      <w:lvlText w:val="•"/>
      <w:lvlJc w:val="left"/>
      <w:pPr>
        <w:tabs>
          <w:tab w:val="num" w:pos="2880"/>
        </w:tabs>
        <w:ind w:left="2880" w:hanging="360"/>
      </w:pPr>
      <w:rPr>
        <w:rFonts w:ascii="Arial" w:hAnsi="Arial" w:hint="default"/>
      </w:rPr>
    </w:lvl>
    <w:lvl w:ilvl="4" w:tplc="BD20094A" w:tentative="1">
      <w:start w:val="1"/>
      <w:numFmt w:val="bullet"/>
      <w:lvlText w:val="•"/>
      <w:lvlJc w:val="left"/>
      <w:pPr>
        <w:tabs>
          <w:tab w:val="num" w:pos="3600"/>
        </w:tabs>
        <w:ind w:left="3600" w:hanging="360"/>
      </w:pPr>
      <w:rPr>
        <w:rFonts w:ascii="Arial" w:hAnsi="Arial" w:hint="default"/>
      </w:rPr>
    </w:lvl>
    <w:lvl w:ilvl="5" w:tplc="B4443F5C" w:tentative="1">
      <w:start w:val="1"/>
      <w:numFmt w:val="bullet"/>
      <w:lvlText w:val="•"/>
      <w:lvlJc w:val="left"/>
      <w:pPr>
        <w:tabs>
          <w:tab w:val="num" w:pos="4320"/>
        </w:tabs>
        <w:ind w:left="4320" w:hanging="360"/>
      </w:pPr>
      <w:rPr>
        <w:rFonts w:ascii="Arial" w:hAnsi="Arial" w:hint="default"/>
      </w:rPr>
    </w:lvl>
    <w:lvl w:ilvl="6" w:tplc="0E8430C0" w:tentative="1">
      <w:start w:val="1"/>
      <w:numFmt w:val="bullet"/>
      <w:lvlText w:val="•"/>
      <w:lvlJc w:val="left"/>
      <w:pPr>
        <w:tabs>
          <w:tab w:val="num" w:pos="5040"/>
        </w:tabs>
        <w:ind w:left="5040" w:hanging="360"/>
      </w:pPr>
      <w:rPr>
        <w:rFonts w:ascii="Arial" w:hAnsi="Arial" w:hint="default"/>
      </w:rPr>
    </w:lvl>
    <w:lvl w:ilvl="7" w:tplc="AFF26356" w:tentative="1">
      <w:start w:val="1"/>
      <w:numFmt w:val="bullet"/>
      <w:lvlText w:val="•"/>
      <w:lvlJc w:val="left"/>
      <w:pPr>
        <w:tabs>
          <w:tab w:val="num" w:pos="5760"/>
        </w:tabs>
        <w:ind w:left="5760" w:hanging="360"/>
      </w:pPr>
      <w:rPr>
        <w:rFonts w:ascii="Arial" w:hAnsi="Arial" w:hint="default"/>
      </w:rPr>
    </w:lvl>
    <w:lvl w:ilvl="8" w:tplc="41E418D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F182982"/>
    <w:multiLevelType w:val="hybridMultilevel"/>
    <w:tmpl w:val="1A58EDAC"/>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28233EE"/>
    <w:multiLevelType w:val="hybridMultilevel"/>
    <w:tmpl w:val="C4A20134"/>
    <w:lvl w:ilvl="0" w:tplc="CFA23A6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06650C"/>
    <w:multiLevelType w:val="hybridMultilevel"/>
    <w:tmpl w:val="994C9C36"/>
    <w:lvl w:ilvl="0" w:tplc="2CAC354A">
      <w:start w:val="1"/>
      <w:numFmt w:val="bullet"/>
      <w:lvlText w:val="•"/>
      <w:lvlJc w:val="left"/>
      <w:pPr>
        <w:tabs>
          <w:tab w:val="num" w:pos="720"/>
        </w:tabs>
        <w:ind w:left="720" w:hanging="360"/>
      </w:pPr>
      <w:rPr>
        <w:rFonts w:ascii="Arial" w:hAnsi="Arial" w:hint="default"/>
      </w:rPr>
    </w:lvl>
    <w:lvl w:ilvl="1" w:tplc="A572743E" w:tentative="1">
      <w:start w:val="1"/>
      <w:numFmt w:val="bullet"/>
      <w:lvlText w:val="•"/>
      <w:lvlJc w:val="left"/>
      <w:pPr>
        <w:tabs>
          <w:tab w:val="num" w:pos="1440"/>
        </w:tabs>
        <w:ind w:left="1440" w:hanging="360"/>
      </w:pPr>
      <w:rPr>
        <w:rFonts w:ascii="Arial" w:hAnsi="Arial" w:hint="default"/>
      </w:rPr>
    </w:lvl>
    <w:lvl w:ilvl="2" w:tplc="ED22F400" w:tentative="1">
      <w:start w:val="1"/>
      <w:numFmt w:val="bullet"/>
      <w:lvlText w:val="•"/>
      <w:lvlJc w:val="left"/>
      <w:pPr>
        <w:tabs>
          <w:tab w:val="num" w:pos="2160"/>
        </w:tabs>
        <w:ind w:left="2160" w:hanging="360"/>
      </w:pPr>
      <w:rPr>
        <w:rFonts w:ascii="Arial" w:hAnsi="Arial" w:hint="default"/>
      </w:rPr>
    </w:lvl>
    <w:lvl w:ilvl="3" w:tplc="25F207E6" w:tentative="1">
      <w:start w:val="1"/>
      <w:numFmt w:val="bullet"/>
      <w:lvlText w:val="•"/>
      <w:lvlJc w:val="left"/>
      <w:pPr>
        <w:tabs>
          <w:tab w:val="num" w:pos="2880"/>
        </w:tabs>
        <w:ind w:left="2880" w:hanging="360"/>
      </w:pPr>
      <w:rPr>
        <w:rFonts w:ascii="Arial" w:hAnsi="Arial" w:hint="default"/>
      </w:rPr>
    </w:lvl>
    <w:lvl w:ilvl="4" w:tplc="856E6D02" w:tentative="1">
      <w:start w:val="1"/>
      <w:numFmt w:val="bullet"/>
      <w:lvlText w:val="•"/>
      <w:lvlJc w:val="left"/>
      <w:pPr>
        <w:tabs>
          <w:tab w:val="num" w:pos="3600"/>
        </w:tabs>
        <w:ind w:left="3600" w:hanging="360"/>
      </w:pPr>
      <w:rPr>
        <w:rFonts w:ascii="Arial" w:hAnsi="Arial" w:hint="default"/>
      </w:rPr>
    </w:lvl>
    <w:lvl w:ilvl="5" w:tplc="686EC06A" w:tentative="1">
      <w:start w:val="1"/>
      <w:numFmt w:val="bullet"/>
      <w:lvlText w:val="•"/>
      <w:lvlJc w:val="left"/>
      <w:pPr>
        <w:tabs>
          <w:tab w:val="num" w:pos="4320"/>
        </w:tabs>
        <w:ind w:left="4320" w:hanging="360"/>
      </w:pPr>
      <w:rPr>
        <w:rFonts w:ascii="Arial" w:hAnsi="Arial" w:hint="default"/>
      </w:rPr>
    </w:lvl>
    <w:lvl w:ilvl="6" w:tplc="4D4EFE1C" w:tentative="1">
      <w:start w:val="1"/>
      <w:numFmt w:val="bullet"/>
      <w:lvlText w:val="•"/>
      <w:lvlJc w:val="left"/>
      <w:pPr>
        <w:tabs>
          <w:tab w:val="num" w:pos="5040"/>
        </w:tabs>
        <w:ind w:left="5040" w:hanging="360"/>
      </w:pPr>
      <w:rPr>
        <w:rFonts w:ascii="Arial" w:hAnsi="Arial" w:hint="default"/>
      </w:rPr>
    </w:lvl>
    <w:lvl w:ilvl="7" w:tplc="164838FC" w:tentative="1">
      <w:start w:val="1"/>
      <w:numFmt w:val="bullet"/>
      <w:lvlText w:val="•"/>
      <w:lvlJc w:val="left"/>
      <w:pPr>
        <w:tabs>
          <w:tab w:val="num" w:pos="5760"/>
        </w:tabs>
        <w:ind w:left="5760" w:hanging="360"/>
      </w:pPr>
      <w:rPr>
        <w:rFonts w:ascii="Arial" w:hAnsi="Arial" w:hint="default"/>
      </w:rPr>
    </w:lvl>
    <w:lvl w:ilvl="8" w:tplc="7752046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4CB4F5A"/>
    <w:multiLevelType w:val="hybridMultilevel"/>
    <w:tmpl w:val="71BCC552"/>
    <w:lvl w:ilvl="0" w:tplc="CFA23A62">
      <w:start w:val="1"/>
      <w:numFmt w:val="bullet"/>
      <w:lvlText w:val="•"/>
      <w:lvlJc w:val="left"/>
      <w:pPr>
        <w:tabs>
          <w:tab w:val="num" w:pos="720"/>
        </w:tabs>
        <w:ind w:left="720" w:hanging="360"/>
      </w:pPr>
      <w:rPr>
        <w:rFonts w:ascii="Arial" w:hAnsi="Arial" w:hint="default"/>
      </w:rPr>
    </w:lvl>
    <w:lvl w:ilvl="1" w:tplc="23C252E0" w:tentative="1">
      <w:start w:val="1"/>
      <w:numFmt w:val="bullet"/>
      <w:lvlText w:val="•"/>
      <w:lvlJc w:val="left"/>
      <w:pPr>
        <w:tabs>
          <w:tab w:val="num" w:pos="1440"/>
        </w:tabs>
        <w:ind w:left="1440" w:hanging="360"/>
      </w:pPr>
      <w:rPr>
        <w:rFonts w:ascii="Arial" w:hAnsi="Arial" w:hint="default"/>
      </w:rPr>
    </w:lvl>
    <w:lvl w:ilvl="2" w:tplc="AC6EA674" w:tentative="1">
      <w:start w:val="1"/>
      <w:numFmt w:val="bullet"/>
      <w:lvlText w:val="•"/>
      <w:lvlJc w:val="left"/>
      <w:pPr>
        <w:tabs>
          <w:tab w:val="num" w:pos="2160"/>
        </w:tabs>
        <w:ind w:left="2160" w:hanging="360"/>
      </w:pPr>
      <w:rPr>
        <w:rFonts w:ascii="Arial" w:hAnsi="Arial" w:hint="default"/>
      </w:rPr>
    </w:lvl>
    <w:lvl w:ilvl="3" w:tplc="57129F66" w:tentative="1">
      <w:start w:val="1"/>
      <w:numFmt w:val="bullet"/>
      <w:lvlText w:val="•"/>
      <w:lvlJc w:val="left"/>
      <w:pPr>
        <w:tabs>
          <w:tab w:val="num" w:pos="2880"/>
        </w:tabs>
        <w:ind w:left="2880" w:hanging="360"/>
      </w:pPr>
      <w:rPr>
        <w:rFonts w:ascii="Arial" w:hAnsi="Arial" w:hint="default"/>
      </w:rPr>
    </w:lvl>
    <w:lvl w:ilvl="4" w:tplc="9B742222" w:tentative="1">
      <w:start w:val="1"/>
      <w:numFmt w:val="bullet"/>
      <w:lvlText w:val="•"/>
      <w:lvlJc w:val="left"/>
      <w:pPr>
        <w:tabs>
          <w:tab w:val="num" w:pos="3600"/>
        </w:tabs>
        <w:ind w:left="3600" w:hanging="360"/>
      </w:pPr>
      <w:rPr>
        <w:rFonts w:ascii="Arial" w:hAnsi="Arial" w:hint="default"/>
      </w:rPr>
    </w:lvl>
    <w:lvl w:ilvl="5" w:tplc="EE609DD4" w:tentative="1">
      <w:start w:val="1"/>
      <w:numFmt w:val="bullet"/>
      <w:lvlText w:val="•"/>
      <w:lvlJc w:val="left"/>
      <w:pPr>
        <w:tabs>
          <w:tab w:val="num" w:pos="4320"/>
        </w:tabs>
        <w:ind w:left="4320" w:hanging="360"/>
      </w:pPr>
      <w:rPr>
        <w:rFonts w:ascii="Arial" w:hAnsi="Arial" w:hint="default"/>
      </w:rPr>
    </w:lvl>
    <w:lvl w:ilvl="6" w:tplc="63564B92" w:tentative="1">
      <w:start w:val="1"/>
      <w:numFmt w:val="bullet"/>
      <w:lvlText w:val="•"/>
      <w:lvlJc w:val="left"/>
      <w:pPr>
        <w:tabs>
          <w:tab w:val="num" w:pos="5040"/>
        </w:tabs>
        <w:ind w:left="5040" w:hanging="360"/>
      </w:pPr>
      <w:rPr>
        <w:rFonts w:ascii="Arial" w:hAnsi="Arial" w:hint="default"/>
      </w:rPr>
    </w:lvl>
    <w:lvl w:ilvl="7" w:tplc="97505AFA" w:tentative="1">
      <w:start w:val="1"/>
      <w:numFmt w:val="bullet"/>
      <w:lvlText w:val="•"/>
      <w:lvlJc w:val="left"/>
      <w:pPr>
        <w:tabs>
          <w:tab w:val="num" w:pos="5760"/>
        </w:tabs>
        <w:ind w:left="5760" w:hanging="360"/>
      </w:pPr>
      <w:rPr>
        <w:rFonts w:ascii="Arial" w:hAnsi="Arial" w:hint="default"/>
      </w:rPr>
    </w:lvl>
    <w:lvl w:ilvl="8" w:tplc="7C380D76" w:tentative="1">
      <w:start w:val="1"/>
      <w:numFmt w:val="bullet"/>
      <w:lvlText w:val="•"/>
      <w:lvlJc w:val="left"/>
      <w:pPr>
        <w:tabs>
          <w:tab w:val="num" w:pos="6480"/>
        </w:tabs>
        <w:ind w:left="6480" w:hanging="360"/>
      </w:pPr>
      <w:rPr>
        <w:rFonts w:ascii="Arial" w:hAnsi="Arial" w:hint="default"/>
      </w:rPr>
    </w:lvl>
  </w:abstractNum>
  <w:num w:numId="1" w16cid:durableId="449906790">
    <w:abstractNumId w:val="8"/>
  </w:num>
  <w:num w:numId="2" w16cid:durableId="1337539860">
    <w:abstractNumId w:val="6"/>
  </w:num>
  <w:num w:numId="3" w16cid:durableId="417945761">
    <w:abstractNumId w:val="5"/>
  </w:num>
  <w:num w:numId="4" w16cid:durableId="2108110817">
    <w:abstractNumId w:val="4"/>
  </w:num>
  <w:num w:numId="5" w16cid:durableId="846746974">
    <w:abstractNumId w:val="7"/>
  </w:num>
  <w:num w:numId="6" w16cid:durableId="745036880">
    <w:abstractNumId w:val="3"/>
  </w:num>
  <w:num w:numId="7" w16cid:durableId="369843182">
    <w:abstractNumId w:val="2"/>
  </w:num>
  <w:num w:numId="8" w16cid:durableId="1199854536">
    <w:abstractNumId w:val="1"/>
  </w:num>
  <w:num w:numId="9" w16cid:durableId="1105463863">
    <w:abstractNumId w:val="0"/>
  </w:num>
  <w:num w:numId="10" w16cid:durableId="1035153970">
    <w:abstractNumId w:val="20"/>
  </w:num>
  <w:num w:numId="11" w16cid:durableId="1526556131">
    <w:abstractNumId w:val="29"/>
  </w:num>
  <w:num w:numId="12" w16cid:durableId="556665911">
    <w:abstractNumId w:val="10"/>
  </w:num>
  <w:num w:numId="13" w16cid:durableId="534345155">
    <w:abstractNumId w:val="28"/>
  </w:num>
  <w:num w:numId="14" w16cid:durableId="764156927">
    <w:abstractNumId w:val="16"/>
  </w:num>
  <w:num w:numId="15" w16cid:durableId="848058503">
    <w:abstractNumId w:val="26"/>
  </w:num>
  <w:num w:numId="16" w16cid:durableId="1899902507">
    <w:abstractNumId w:val="22"/>
  </w:num>
  <w:num w:numId="17" w16cid:durableId="890653078">
    <w:abstractNumId w:val="24"/>
  </w:num>
  <w:num w:numId="18" w16cid:durableId="1066150883">
    <w:abstractNumId w:val="23"/>
  </w:num>
  <w:num w:numId="19" w16cid:durableId="434138006">
    <w:abstractNumId w:val="13"/>
  </w:num>
  <w:num w:numId="20" w16cid:durableId="1195995768">
    <w:abstractNumId w:val="14"/>
  </w:num>
  <w:num w:numId="21" w16cid:durableId="1281032356">
    <w:abstractNumId w:val="15"/>
  </w:num>
  <w:num w:numId="22" w16cid:durableId="451173341">
    <w:abstractNumId w:val="27"/>
  </w:num>
  <w:num w:numId="23" w16cid:durableId="2033992252">
    <w:abstractNumId w:val="19"/>
  </w:num>
  <w:num w:numId="24" w16cid:durableId="438453493">
    <w:abstractNumId w:val="17"/>
  </w:num>
  <w:num w:numId="25" w16cid:durableId="2086997801">
    <w:abstractNumId w:val="25"/>
  </w:num>
  <w:num w:numId="26" w16cid:durableId="876891831">
    <w:abstractNumId w:val="12"/>
  </w:num>
  <w:num w:numId="27" w16cid:durableId="1402290085">
    <w:abstractNumId w:val="18"/>
  </w:num>
  <w:num w:numId="28" w16cid:durableId="742021461">
    <w:abstractNumId w:val="21"/>
  </w:num>
  <w:num w:numId="29" w16cid:durableId="560362490">
    <w:abstractNumId w:val="9"/>
  </w:num>
  <w:num w:numId="30" w16cid:durableId="35661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575"/>
    <w:rsid w:val="0002088B"/>
    <w:rsid w:val="00034616"/>
    <w:rsid w:val="000436AC"/>
    <w:rsid w:val="0006063C"/>
    <w:rsid w:val="00092BA5"/>
    <w:rsid w:val="0010187A"/>
    <w:rsid w:val="0015074B"/>
    <w:rsid w:val="001A4FF1"/>
    <w:rsid w:val="0024155E"/>
    <w:rsid w:val="0029639D"/>
    <w:rsid w:val="002D6482"/>
    <w:rsid w:val="00326F90"/>
    <w:rsid w:val="00395066"/>
    <w:rsid w:val="003E1EAA"/>
    <w:rsid w:val="00412CAC"/>
    <w:rsid w:val="00476B76"/>
    <w:rsid w:val="004D1A49"/>
    <w:rsid w:val="005550AC"/>
    <w:rsid w:val="00711CE1"/>
    <w:rsid w:val="007207F6"/>
    <w:rsid w:val="007F6D84"/>
    <w:rsid w:val="008626F0"/>
    <w:rsid w:val="00874B65"/>
    <w:rsid w:val="008927C4"/>
    <w:rsid w:val="008A1267"/>
    <w:rsid w:val="009D2D1C"/>
    <w:rsid w:val="00AA1D8D"/>
    <w:rsid w:val="00AF69E5"/>
    <w:rsid w:val="00B47730"/>
    <w:rsid w:val="00BC7E06"/>
    <w:rsid w:val="00C03D88"/>
    <w:rsid w:val="00C3077F"/>
    <w:rsid w:val="00CB0664"/>
    <w:rsid w:val="00DE4EEC"/>
    <w:rsid w:val="00DF7872"/>
    <w:rsid w:val="00E12FAA"/>
    <w:rsid w:val="00E434F7"/>
    <w:rsid w:val="00F414E1"/>
    <w:rsid w:val="00FC693F"/>
    <w:rsid w:val="00FD71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57B66C"/>
  <w14:defaultImageDpi w14:val="300"/>
  <w15:docId w15:val="{DB5C092B-344A-4F90-9F3D-C91EBC52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5550AC"/>
    <w:pPr>
      <w:keepNext/>
      <w:keepLines/>
      <w:spacing w:before="960" w:after="24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50AC"/>
    <w:pPr>
      <w:keepNext/>
      <w:keepLines/>
      <w:spacing w:before="360" w:after="24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550A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550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D2D1C"/>
    <w:rPr>
      <w:color w:val="0000FF" w:themeColor="hyperlink"/>
      <w:u w:val="single"/>
    </w:rPr>
  </w:style>
  <w:style w:type="character" w:styleId="UnresolvedMention">
    <w:name w:val="Unresolved Mention"/>
    <w:basedOn w:val="DefaultParagraphFont"/>
    <w:uiPriority w:val="99"/>
    <w:semiHidden/>
    <w:unhideWhenUsed/>
    <w:rsid w:val="009D2D1C"/>
    <w:rPr>
      <w:color w:val="605E5C"/>
      <w:shd w:val="clear" w:color="auto" w:fill="E1DFDD"/>
    </w:rPr>
  </w:style>
  <w:style w:type="paragraph" w:styleId="NormalWeb">
    <w:name w:val="Normal (Web)"/>
    <w:basedOn w:val="Normal"/>
    <w:uiPriority w:val="99"/>
    <w:semiHidden/>
    <w:unhideWhenUsed/>
    <w:rsid w:val="000436AC"/>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TOC1">
    <w:name w:val="toc 1"/>
    <w:basedOn w:val="Normal"/>
    <w:next w:val="Normal"/>
    <w:autoRedefine/>
    <w:uiPriority w:val="39"/>
    <w:unhideWhenUsed/>
    <w:rsid w:val="00395066"/>
    <w:pPr>
      <w:spacing w:after="100"/>
    </w:pPr>
  </w:style>
  <w:style w:type="paragraph" w:styleId="TOC2">
    <w:name w:val="toc 2"/>
    <w:basedOn w:val="Normal"/>
    <w:next w:val="Normal"/>
    <w:autoRedefine/>
    <w:uiPriority w:val="39"/>
    <w:unhideWhenUsed/>
    <w:rsid w:val="0039506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yperlink" Target="mailto:bec.inwood@murdoch.edu.au" TargetMode="External"/><Relationship Id="rId7" Type="http://schemas.openxmlformats.org/officeDocument/2006/relationships/settings" Target="settings.xml"/><Relationship Id="rId12" Type="http://schemas.openxmlformats.org/officeDocument/2006/relationships/hyperlink" Target="mailto:c.browne@murdoch.edu.au" TargetMode="External"/><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hyperlink" Target="https://view.genially.com/6965ca18087f41b08d4e1a8c/interactive-content-coming-up-next"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hyperlink" Target="https://www.menti.com/" TargetMode="External"/><Relationship Id="rId30" Type="http://schemas.openxmlformats.org/officeDocument/2006/relationships/hyperlink" Target="https://www.simconverse.com/" TargetMode="External"/><Relationship Id="rId35" Type="http://schemas.openxmlformats.org/officeDocument/2006/relationships/hyperlink" Target="mailto:c.browne@murdoch.edu.a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CE82A72-AF26-4C55-9BE7-6CA809B81685}">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77F43964-35DA-4888-8AB5-EAFCFC768439}">
  <ds:schemaRefs>
    <ds:schemaRef ds:uri="http://schemas.microsoft.com/sharepoint/v3/contenttype/forms"/>
  </ds:schemaRefs>
</ds:datastoreItem>
</file>

<file path=customXml/itemProps4.xml><?xml version="1.0" encoding="utf-8"?>
<ds:datastoreItem xmlns:ds="http://schemas.openxmlformats.org/officeDocument/2006/customXml" ds:itemID="{7AE78DA1-C4D7-4DBC-AF84-C4C338BAF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1932</Words>
  <Characters>11424</Characters>
  <Application>Microsoft Office Word</Application>
  <DocSecurity>0</DocSecurity>
  <Lines>292</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 Inwood</dc:creator>
  <cp:keywords/>
  <dc:description>generated by python-docx</dc:description>
  <cp:lastModifiedBy>Kylie Geard</cp:lastModifiedBy>
  <cp:revision>21</cp:revision>
  <dcterms:created xsi:type="dcterms:W3CDTF">2026-06-08T08:20:00Z</dcterms:created>
  <dcterms:modified xsi:type="dcterms:W3CDTF">2026-08-03T07:28:00Z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74f931c-4856-410e-abf2-8a4d5c5dd217_Enabled">
    <vt:lpwstr>true</vt:lpwstr>
  </property>
  <property fmtid="{D5CDD505-2E9C-101B-9397-08002B2CF9AE}" pid="3" name="MSIP_Label_374f931c-4856-410e-abf2-8a4d5c5dd217_SetDate">
    <vt:lpwstr>2026-06-08T07:09:42Z</vt:lpwstr>
  </property>
  <property fmtid="{D5CDD505-2E9C-101B-9397-08002B2CF9AE}" pid="4" name="MSIP_Label_374f931c-4856-410e-abf2-8a4d5c5dd217_Method">
    <vt:lpwstr>Standard</vt:lpwstr>
  </property>
  <property fmtid="{D5CDD505-2E9C-101B-9397-08002B2CF9AE}" pid="5" name="MSIP_Label_374f931c-4856-410e-abf2-8a4d5c5dd217_Name">
    <vt:lpwstr>Official</vt:lpwstr>
  </property>
  <property fmtid="{D5CDD505-2E9C-101B-9397-08002B2CF9AE}" pid="6" name="MSIP_Label_374f931c-4856-410e-abf2-8a4d5c5dd217_SiteId">
    <vt:lpwstr>c00d4c1b-cf7b-4e93-b7c7-10113a9bc230</vt:lpwstr>
  </property>
  <property fmtid="{D5CDD505-2E9C-101B-9397-08002B2CF9AE}" pid="7" name="MSIP_Label_374f931c-4856-410e-abf2-8a4d5c5dd217_ActionId">
    <vt:lpwstr>5b80f003-44e1-46e7-9fd4-a6823de190dd</vt:lpwstr>
  </property>
  <property fmtid="{D5CDD505-2E9C-101B-9397-08002B2CF9AE}" pid="8" name="MSIP_Label_374f931c-4856-410e-abf2-8a4d5c5dd217_ContentBits">
    <vt:lpwstr>0</vt:lpwstr>
  </property>
  <property fmtid="{D5CDD505-2E9C-101B-9397-08002B2CF9AE}" pid="9" name="ContentTypeId">
    <vt:lpwstr>0x010100595E3D60D9E6E04A88E6C46A8F8E80F5</vt:lpwstr>
  </property>
  <property fmtid="{D5CDD505-2E9C-101B-9397-08002B2CF9AE}" pid="10" name="MediaServiceImageTags">
    <vt:lpwstr/>
  </property>
</Properties>
</file>