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386"/>
        <w:gridCol w:w="5386"/>
      </w:tblGrid>
      <w:tr w:rsidR="002967AF" w14:paraId="7F99270F" w14:textId="77777777">
        <w:tc>
          <w:tcPr>
            <w:tcW w:w="5386" w:type="dxa"/>
          </w:tcPr>
          <w:p w14:paraId="7D2BB919" w14:textId="77777777" w:rsidR="002967AF" w:rsidRDefault="0097510D">
            <w:r w:rsidRPr="00F33D4D">
              <w:rPr>
                <w:sz w:val="32"/>
                <w:szCs w:val="32"/>
              </w:rPr>
              <w:t>Knowledge-check quiz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Activity</w:t>
            </w:r>
            <w:r>
              <w:br/>
              <w:t>Answer short questions to check your understanding of a topic.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  <w:t xml:space="preserve">- Do you prefer seeing a score or </w:t>
            </w:r>
            <w:proofErr w:type="gramStart"/>
            <w:r>
              <w:t>percentage, or</w:t>
            </w:r>
            <w:proofErr w:type="gramEnd"/>
            <w:r>
              <w:t xml:space="preserve"> just knowing what you got right or wrong?</w:t>
            </w:r>
            <w:r>
              <w:br/>
              <w:t>- Do you prefer a timed challenge, or answering completely at your own pace?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  <w:t>Ensure quizzes are not timed by default. Provide clear text explanations for incorrect answers. Ensure the interface is fully keyboard navigable.</w:t>
            </w:r>
          </w:p>
        </w:tc>
        <w:tc>
          <w:tcPr>
            <w:tcW w:w="5386" w:type="dxa"/>
          </w:tcPr>
          <w:p w14:paraId="1168E155" w14:textId="77777777" w:rsidR="002967AF" w:rsidRDefault="0097510D">
            <w:r w:rsidRPr="00F33D4D">
              <w:rPr>
                <w:sz w:val="32"/>
                <w:szCs w:val="32"/>
              </w:rPr>
              <w:t>V</w:t>
            </w:r>
            <w:r w:rsidRPr="00F33D4D">
              <w:rPr>
                <w:sz w:val="32"/>
                <w:szCs w:val="32"/>
              </w:rPr>
              <w:t>isual mind-mapping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Activity</w:t>
            </w:r>
            <w:r>
              <w:br/>
            </w:r>
            <w:r>
              <w:t>Brainstorm and connect ideas using diagrams, shapes, and text.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  <w:t>- Do you prefer creating a personal mind map alone, or contributing to a collaborative shared map?</w:t>
            </w:r>
            <w:r>
              <w:br/>
              <w:t>- Do you prefer a highly visual canvas, or a structured text-based outline?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  <w:t>Provide a text-based alternative, such as a nested bullet list, so screen reader users and linear thinkers can participate equally.</w:t>
            </w:r>
          </w:p>
        </w:tc>
      </w:tr>
      <w:tr w:rsidR="002967AF" w14:paraId="1096A517" w14:textId="77777777">
        <w:tc>
          <w:tcPr>
            <w:tcW w:w="5386" w:type="dxa"/>
          </w:tcPr>
          <w:p w14:paraId="317C5898" w14:textId="77777777" w:rsidR="002967AF" w:rsidRDefault="0097510D">
            <w:r w:rsidRPr="00F33D4D">
              <w:rPr>
                <w:sz w:val="32"/>
                <w:szCs w:val="32"/>
              </w:rPr>
              <w:t>C</w:t>
            </w:r>
            <w:r w:rsidRPr="00F33D4D">
              <w:rPr>
                <w:sz w:val="32"/>
                <w:szCs w:val="32"/>
              </w:rPr>
              <w:t>ase study analysis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Activity</w:t>
            </w:r>
            <w:r>
              <w:br/>
            </w:r>
            <w:r>
              <w:t>Read a realistic scenario and identify key problems or possible solutions.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  <w:t>- Do you prefer reading a written story, or analysing a realistic data set or workplace artifact?</w:t>
            </w:r>
            <w:r>
              <w:br/>
              <w:t>- Do you prefer a scenario with one clear outcome, or an ambiguous situation with multiple possible interpretations?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  <w:t>Provide the case study in multiple formats (text, audio, or accessible PDF). Use clear language and avoid cultural bias.</w:t>
            </w:r>
          </w:p>
        </w:tc>
        <w:tc>
          <w:tcPr>
            <w:tcW w:w="5386" w:type="dxa"/>
          </w:tcPr>
          <w:p w14:paraId="0A5F99A9" w14:textId="77777777" w:rsidR="002967AF" w:rsidRDefault="0097510D">
            <w:r w:rsidRPr="00F33D4D">
              <w:rPr>
                <w:sz w:val="32"/>
                <w:szCs w:val="32"/>
              </w:rPr>
              <w:t>P</w:t>
            </w:r>
            <w:r w:rsidRPr="00F33D4D">
              <w:rPr>
                <w:sz w:val="32"/>
                <w:szCs w:val="32"/>
              </w:rPr>
              <w:t>rogress checklists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Activity</w:t>
            </w:r>
            <w:r>
              <w:br/>
            </w:r>
            <w:r>
              <w:t>Track your progress by checking off tasks or skills as you complete them.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  <w:t>- Do you prefer a checklist that links to review materials, or a reward such as a badge on completion?</w:t>
            </w:r>
            <w:r>
              <w:br/>
              <w:t>- Do you prefer tracking tasks completed or milestones achieved?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  <w:t>Do not rely on colour alone to indicate completion. Use clear text labels or symbols such as checkmarks.</w:t>
            </w:r>
          </w:p>
        </w:tc>
      </w:tr>
    </w:tbl>
    <w:p w14:paraId="7E481BC6" w14:textId="77777777" w:rsidR="002967AF" w:rsidRDefault="0097510D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6"/>
        <w:gridCol w:w="5386"/>
      </w:tblGrid>
      <w:tr w:rsidR="002967AF" w14:paraId="46A7C325" w14:textId="77777777">
        <w:tc>
          <w:tcPr>
            <w:tcW w:w="5386" w:type="dxa"/>
          </w:tcPr>
          <w:p w14:paraId="2F5E7284" w14:textId="77777777" w:rsidR="002967AF" w:rsidRDefault="0097510D">
            <w:r w:rsidRPr="00F33D4D">
              <w:rPr>
                <w:sz w:val="32"/>
                <w:szCs w:val="32"/>
              </w:rPr>
              <w:lastRenderedPageBreak/>
              <w:t>B</w:t>
            </w:r>
            <w:r w:rsidRPr="00F33D4D">
              <w:rPr>
                <w:sz w:val="32"/>
                <w:szCs w:val="32"/>
              </w:rPr>
              <w:t>ranching scenarios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Activity</w:t>
            </w:r>
            <w:r>
              <w:br/>
              <w:t>Navigate a scenario where decisions affect outcomes.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</w:r>
            <w:r>
              <w:t>- Do you enjoy actively selecting choices and seeing outcomes unfold?</w:t>
            </w:r>
            <w:r>
              <w:br/>
              <w:t>- Do you prefer seeing all pathways organised in a table?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  <w:t>Provide a linear text transcript of all possible branches.</w:t>
            </w:r>
          </w:p>
        </w:tc>
        <w:tc>
          <w:tcPr>
            <w:tcW w:w="5386" w:type="dxa"/>
          </w:tcPr>
          <w:p w14:paraId="555C07E5" w14:textId="77777777" w:rsidR="002967AF" w:rsidRDefault="0097510D">
            <w:r w:rsidRPr="00F33D4D">
              <w:rPr>
                <w:sz w:val="32"/>
                <w:szCs w:val="32"/>
              </w:rPr>
              <w:t>R</w:t>
            </w:r>
            <w:r w:rsidRPr="00F33D4D">
              <w:rPr>
                <w:sz w:val="32"/>
                <w:szCs w:val="32"/>
              </w:rPr>
              <w:t>eflective journaling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Activity</w:t>
            </w:r>
            <w:r>
              <w:br/>
              <w:t>Write personal reflections on how a concept applies to your experience.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  <w:t>- Do you prefer keeping reflections private?</w:t>
            </w:r>
            <w:r>
              <w:br/>
              <w:t>- Do you prefer sharing reflections to receive feedback?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</w:r>
            <w:r>
              <w:t>Allow multiple formats such as text, audio, or diagrams.</w:t>
            </w:r>
          </w:p>
        </w:tc>
      </w:tr>
      <w:tr w:rsidR="002967AF" w14:paraId="676CDD3D" w14:textId="77777777">
        <w:tc>
          <w:tcPr>
            <w:tcW w:w="5386" w:type="dxa"/>
          </w:tcPr>
          <w:p w14:paraId="2CF62BF3" w14:textId="77777777" w:rsidR="002967AF" w:rsidRDefault="0097510D">
            <w:r w:rsidRPr="00F33D4D">
              <w:rPr>
                <w:sz w:val="32"/>
                <w:szCs w:val="32"/>
              </w:rPr>
              <w:t>F</w:t>
            </w:r>
            <w:r w:rsidRPr="00F33D4D">
              <w:rPr>
                <w:sz w:val="32"/>
                <w:szCs w:val="32"/>
              </w:rPr>
              <w:t>orum discussion boards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Activity</w:t>
            </w:r>
            <w:r>
              <w:br/>
              <w:t>Share ideas and respond to others in an online discussion.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  <w:t>- Do you prefer open-ended prompts?</w:t>
            </w:r>
            <w:r>
              <w:br/>
              <w:t>- Do you prefer targeted questions?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  <w:t>Offer flexible participation options such as audio, video, or structured templates.</w:t>
            </w:r>
          </w:p>
        </w:tc>
        <w:tc>
          <w:tcPr>
            <w:tcW w:w="5386" w:type="dxa"/>
          </w:tcPr>
          <w:p w14:paraId="7B00C405" w14:textId="77777777" w:rsidR="002967AF" w:rsidRDefault="0097510D">
            <w:r w:rsidRPr="00F33D4D">
              <w:rPr>
                <w:sz w:val="32"/>
                <w:szCs w:val="32"/>
              </w:rPr>
              <w:t>A</w:t>
            </w:r>
            <w:r w:rsidRPr="00F33D4D">
              <w:rPr>
                <w:sz w:val="32"/>
                <w:szCs w:val="32"/>
              </w:rPr>
              <w:t>ctive screen breaks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Activity</w:t>
            </w:r>
            <w:r>
              <w:br/>
              <w:t>Step away from the screen to explore or apply concepts.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  <w:t>- Do you enjoy interacting with physical environments?</w:t>
            </w:r>
            <w:r>
              <w:br/>
            </w:r>
            <w:r>
              <w:t>- Do you prefer staying within a digital space?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  <w:t>Provide both physical and digital alternatives.</w:t>
            </w:r>
          </w:p>
        </w:tc>
      </w:tr>
    </w:tbl>
    <w:p w14:paraId="56705CE1" w14:textId="77777777" w:rsidR="002967AF" w:rsidRDefault="0097510D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6"/>
        <w:gridCol w:w="5386"/>
      </w:tblGrid>
      <w:tr w:rsidR="002967AF" w14:paraId="05E219D0" w14:textId="77777777">
        <w:tc>
          <w:tcPr>
            <w:tcW w:w="5386" w:type="dxa"/>
          </w:tcPr>
          <w:p w14:paraId="2FA7F6E9" w14:textId="77777777" w:rsidR="002967AF" w:rsidRDefault="0097510D">
            <w:r w:rsidRPr="00F33D4D">
              <w:rPr>
                <w:sz w:val="32"/>
                <w:szCs w:val="32"/>
              </w:rPr>
              <w:lastRenderedPageBreak/>
              <w:t>C</w:t>
            </w:r>
            <w:r w:rsidRPr="00F33D4D">
              <w:rPr>
                <w:sz w:val="32"/>
                <w:szCs w:val="32"/>
              </w:rPr>
              <w:t>oncept explanations</w:t>
            </w:r>
            <w:r>
              <w:br/>
            </w:r>
            <w:r w:rsidRPr="00F33D4D">
              <w:rPr>
                <w:sz w:val="28"/>
                <w:szCs w:val="28"/>
              </w:rPr>
              <w:br/>
              <w:t>Activity</w:t>
            </w:r>
            <w:r>
              <w:br/>
              <w:t>Explain a concept using your own words or examples.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  <w:t>- Do you enjoy creative analogies?</w:t>
            </w:r>
            <w:r>
              <w:br/>
              <w:t>- Do you prefer practical examples?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  <w:t>Avoid culturally specific metaphors.</w:t>
            </w:r>
          </w:p>
        </w:tc>
        <w:tc>
          <w:tcPr>
            <w:tcW w:w="5386" w:type="dxa"/>
          </w:tcPr>
          <w:p w14:paraId="59B813F2" w14:textId="77777777" w:rsidR="002967AF" w:rsidRDefault="0097510D">
            <w:r w:rsidRPr="00F33D4D">
              <w:rPr>
                <w:sz w:val="32"/>
                <w:szCs w:val="32"/>
              </w:rPr>
              <w:t>M</w:t>
            </w:r>
            <w:r w:rsidRPr="00F33D4D">
              <w:rPr>
                <w:sz w:val="32"/>
                <w:szCs w:val="32"/>
              </w:rPr>
              <w:t>edia format choice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Activity</w:t>
            </w:r>
            <w:r>
              <w:br/>
              <w:t>Choose how to engage with content.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  <w:t>- Do you prefer reading text?</w:t>
            </w:r>
            <w:r>
              <w:br/>
              <w:t>- Do you prefer video or audio?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  <w:t>Provide captions, transcripts, and screen reader compatible text.</w:t>
            </w:r>
          </w:p>
        </w:tc>
      </w:tr>
      <w:tr w:rsidR="002967AF" w14:paraId="1D252459" w14:textId="77777777">
        <w:tc>
          <w:tcPr>
            <w:tcW w:w="5386" w:type="dxa"/>
          </w:tcPr>
          <w:p w14:paraId="4E04ED72" w14:textId="77777777" w:rsidR="002967AF" w:rsidRDefault="0097510D">
            <w:r w:rsidRPr="00F33D4D">
              <w:rPr>
                <w:sz w:val="32"/>
                <w:szCs w:val="32"/>
              </w:rPr>
              <w:t>V</w:t>
            </w:r>
            <w:r w:rsidRPr="00F33D4D">
              <w:rPr>
                <w:sz w:val="32"/>
                <w:szCs w:val="32"/>
              </w:rPr>
              <w:t>ideo engagement</w:t>
            </w:r>
            <w:r w:rsidRPr="00F33D4D">
              <w:rPr>
                <w:sz w:val="32"/>
                <w:szCs w:val="32"/>
              </w:rPr>
              <w:br/>
            </w:r>
            <w:r>
              <w:br/>
            </w:r>
            <w:r w:rsidRPr="00F33D4D">
              <w:rPr>
                <w:sz w:val="28"/>
                <w:szCs w:val="28"/>
              </w:rPr>
              <w:t>Activity</w:t>
            </w:r>
            <w:r>
              <w:br/>
              <w:t>Interact with video content during learning.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  <w:t>- Do you prefer uninterrupted viewing?</w:t>
            </w:r>
            <w:r>
              <w:br/>
              <w:t>- Do you prefer interactive videos?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  <w:t>Ensure controls are keyboard accessible and not time limited.</w:t>
            </w:r>
          </w:p>
        </w:tc>
        <w:tc>
          <w:tcPr>
            <w:tcW w:w="5386" w:type="dxa"/>
          </w:tcPr>
          <w:p w14:paraId="2E1600B0" w14:textId="77777777" w:rsidR="002967AF" w:rsidRDefault="0097510D">
            <w:r w:rsidRPr="00F33D4D">
              <w:rPr>
                <w:sz w:val="32"/>
                <w:szCs w:val="32"/>
              </w:rPr>
              <w:t>A</w:t>
            </w:r>
            <w:r w:rsidRPr="00F33D4D">
              <w:rPr>
                <w:sz w:val="32"/>
                <w:szCs w:val="32"/>
              </w:rPr>
              <w:t>udio and rhythm-based practice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Activity</w:t>
            </w:r>
            <w:r>
              <w:br/>
              <w:t>Use rhythm or audio to support learning and recall.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  <w:t>- Do you enjoy using rhythm to memorise?</w:t>
            </w:r>
            <w:r>
              <w:br/>
            </w:r>
            <w:r>
              <w:t>- Do you prefer listening or participating?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  <w:t>Provide transcripts and playback controls.</w:t>
            </w:r>
          </w:p>
        </w:tc>
      </w:tr>
    </w:tbl>
    <w:p w14:paraId="34F03DF4" w14:textId="77777777" w:rsidR="002967AF" w:rsidRDefault="0097510D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6"/>
        <w:gridCol w:w="5386"/>
      </w:tblGrid>
      <w:tr w:rsidR="002967AF" w14:paraId="42A6EFC8" w14:textId="77777777">
        <w:tc>
          <w:tcPr>
            <w:tcW w:w="5386" w:type="dxa"/>
          </w:tcPr>
          <w:p w14:paraId="7F858863" w14:textId="77777777" w:rsidR="002967AF" w:rsidRDefault="0097510D">
            <w:r w:rsidRPr="00F33D4D">
              <w:rPr>
                <w:sz w:val="32"/>
                <w:szCs w:val="32"/>
              </w:rPr>
              <w:lastRenderedPageBreak/>
              <w:t>I</w:t>
            </w:r>
            <w:r w:rsidRPr="00F33D4D">
              <w:rPr>
                <w:sz w:val="32"/>
                <w:szCs w:val="32"/>
              </w:rPr>
              <w:t>nteractive visual sorts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Activity</w:t>
            </w:r>
            <w:r>
              <w:br/>
              <w:t>Sort or match concepts using interactive tools.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  <w:t>- Do you enjoy visual puzzles?</w:t>
            </w:r>
            <w:r>
              <w:br/>
              <w:t>- Do you prefer instant or final feedback?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  <w:t>Provide keyboard-accessible alternatives.</w:t>
            </w:r>
          </w:p>
        </w:tc>
        <w:tc>
          <w:tcPr>
            <w:tcW w:w="5386" w:type="dxa"/>
          </w:tcPr>
          <w:p w14:paraId="40CE3A7F" w14:textId="77777777" w:rsidR="002967AF" w:rsidRDefault="0097510D">
            <w:r w:rsidRPr="00F33D4D">
              <w:rPr>
                <w:sz w:val="32"/>
                <w:szCs w:val="32"/>
              </w:rPr>
              <w:t>M</w:t>
            </w:r>
            <w:r w:rsidRPr="00F33D4D">
              <w:rPr>
                <w:sz w:val="32"/>
                <w:szCs w:val="32"/>
              </w:rPr>
              <w:t>icro-learning for recall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Activity</w:t>
            </w:r>
            <w:r>
              <w:br/>
              <w:t>Use flashcards or short activities to reinforce memory.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Joy prompts</w:t>
            </w:r>
            <w:r>
              <w:br/>
              <w:t>- Do you prefer digital flashcards?</w:t>
            </w:r>
            <w:r>
              <w:br/>
            </w:r>
            <w:r>
              <w:t>- Do you prefer creating your own?</w:t>
            </w:r>
            <w:r>
              <w:br/>
            </w:r>
            <w:r>
              <w:br/>
            </w:r>
            <w:r w:rsidRPr="00F33D4D">
              <w:rPr>
                <w:sz w:val="28"/>
                <w:szCs w:val="28"/>
              </w:rPr>
              <w:t>UDL and accessibility tip</w:t>
            </w:r>
            <w:r>
              <w:br/>
              <w:t>Ensure tools are keyboard accessible and editable formats available.</w:t>
            </w:r>
          </w:p>
        </w:tc>
      </w:tr>
      <w:tr w:rsidR="002967AF" w14:paraId="2867C421" w14:textId="77777777">
        <w:tc>
          <w:tcPr>
            <w:tcW w:w="5386" w:type="dxa"/>
          </w:tcPr>
          <w:p w14:paraId="194996BD" w14:textId="77777777" w:rsidR="002967AF" w:rsidRDefault="002967AF"/>
        </w:tc>
        <w:tc>
          <w:tcPr>
            <w:tcW w:w="5386" w:type="dxa"/>
          </w:tcPr>
          <w:p w14:paraId="37288449" w14:textId="77777777" w:rsidR="002967AF" w:rsidRDefault="002967AF"/>
        </w:tc>
      </w:tr>
    </w:tbl>
    <w:p w14:paraId="2FDBF723" w14:textId="2892C365" w:rsidR="002967AF" w:rsidRDefault="002967AF" w:rsidP="00FC5D2A"/>
    <w:sectPr w:rsidR="002967AF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2533325">
    <w:abstractNumId w:val="8"/>
  </w:num>
  <w:num w:numId="2" w16cid:durableId="937060755">
    <w:abstractNumId w:val="6"/>
  </w:num>
  <w:num w:numId="3" w16cid:durableId="978533966">
    <w:abstractNumId w:val="5"/>
  </w:num>
  <w:num w:numId="4" w16cid:durableId="1877428275">
    <w:abstractNumId w:val="4"/>
  </w:num>
  <w:num w:numId="5" w16cid:durableId="1841508026">
    <w:abstractNumId w:val="7"/>
  </w:num>
  <w:num w:numId="6" w16cid:durableId="428889594">
    <w:abstractNumId w:val="3"/>
  </w:num>
  <w:num w:numId="7" w16cid:durableId="516311395">
    <w:abstractNumId w:val="2"/>
  </w:num>
  <w:num w:numId="8" w16cid:durableId="82798058">
    <w:abstractNumId w:val="1"/>
  </w:num>
  <w:num w:numId="9" w16cid:durableId="1161849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967AF"/>
    <w:rsid w:val="00326F90"/>
    <w:rsid w:val="00531775"/>
    <w:rsid w:val="00863E0C"/>
    <w:rsid w:val="0097510D"/>
    <w:rsid w:val="00AA1D8D"/>
    <w:rsid w:val="00B47730"/>
    <w:rsid w:val="00CB0664"/>
    <w:rsid w:val="00F33D4D"/>
    <w:rsid w:val="00FC5D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7CDFF8"/>
  <w14:defaultImageDpi w14:val="300"/>
  <w15:docId w15:val="{2856A232-7BB0-41F1-8832-EB2395348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D2A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DEA41C-9570-4154-94D9-3A1AB509C8E9}">
  <ds:schemaRefs>
    <ds:schemaRef ds:uri="http://schemas.microsoft.com/office/2006/metadata/properties"/>
    <ds:schemaRef ds:uri="http://schemas.microsoft.com/office/infopath/2007/PartnerControls"/>
    <ds:schemaRef ds:uri="242681ae-e6e2-4ee6-90fd-f2c0d11c7b09"/>
    <ds:schemaRef ds:uri="43435717-49c9-4489-9470-c7c98d62699d"/>
  </ds:schemaRefs>
</ds:datastoreItem>
</file>

<file path=customXml/itemProps3.xml><?xml version="1.0" encoding="utf-8"?>
<ds:datastoreItem xmlns:ds="http://schemas.openxmlformats.org/officeDocument/2006/customXml" ds:itemID="{955D2ABC-7571-48E8-90BE-8DD673BBED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29A588-69E9-4392-8437-5FF1B50E2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35717-49c9-4489-9470-c7c98d62699d"/>
    <ds:schemaRef ds:uri="242681ae-e6e2-4ee6-90fd-f2c0d11c7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693</Words>
  <Characters>3776</Characters>
  <Application>Microsoft Office Word</Application>
  <DocSecurity>0</DocSecurity>
  <Lines>198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Kylie Geard</cp:lastModifiedBy>
  <cp:revision>3</cp:revision>
  <dcterms:created xsi:type="dcterms:W3CDTF">2026-06-09T02:49:00Z</dcterms:created>
  <dcterms:modified xsi:type="dcterms:W3CDTF">2026-08-03T06:08:00Z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56b414-404a-4ff1-8c1b-134803b5d7b1_Enabled">
    <vt:lpwstr>true</vt:lpwstr>
  </property>
  <property fmtid="{D5CDD505-2E9C-101B-9397-08002B2CF9AE}" pid="3" name="MSIP_Label_6a56b414-404a-4ff1-8c1b-134803b5d7b1_SetDate">
    <vt:lpwstr>2026-06-09T02:48:44Z</vt:lpwstr>
  </property>
  <property fmtid="{D5CDD505-2E9C-101B-9397-08002B2CF9AE}" pid="4" name="MSIP_Label_6a56b414-404a-4ff1-8c1b-134803b5d7b1_Method">
    <vt:lpwstr>Privileged</vt:lpwstr>
  </property>
  <property fmtid="{D5CDD505-2E9C-101B-9397-08002B2CF9AE}" pid="5" name="MSIP_Label_6a56b414-404a-4ff1-8c1b-134803b5d7b1_Name">
    <vt:lpwstr>ACU-Public-Business Information</vt:lpwstr>
  </property>
  <property fmtid="{D5CDD505-2E9C-101B-9397-08002B2CF9AE}" pid="6" name="MSIP_Label_6a56b414-404a-4ff1-8c1b-134803b5d7b1_SiteId">
    <vt:lpwstr>429af009-f196-448f-ae79-58c212a0f2ce</vt:lpwstr>
  </property>
  <property fmtid="{D5CDD505-2E9C-101B-9397-08002B2CF9AE}" pid="7" name="MSIP_Label_6a56b414-404a-4ff1-8c1b-134803b5d7b1_ActionId">
    <vt:lpwstr>011f1cc5-424e-4616-ba77-e4c9b0e522fd</vt:lpwstr>
  </property>
  <property fmtid="{D5CDD505-2E9C-101B-9397-08002B2CF9AE}" pid="8" name="MSIP_Label_6a56b414-404a-4ff1-8c1b-134803b5d7b1_ContentBits">
    <vt:lpwstr>0</vt:lpwstr>
  </property>
  <property fmtid="{D5CDD505-2E9C-101B-9397-08002B2CF9AE}" pid="9" name="MSIP_Label_6a56b414-404a-4ff1-8c1b-134803b5d7b1_Tag">
    <vt:lpwstr>10, 0, 1, 1</vt:lpwstr>
  </property>
  <property fmtid="{D5CDD505-2E9C-101B-9397-08002B2CF9AE}" pid="10" name="ContentTypeId">
    <vt:lpwstr>0x010100595E3D60D9E6E04A88E6C46A8F8E80F5</vt:lpwstr>
  </property>
  <property fmtid="{D5CDD505-2E9C-101B-9397-08002B2CF9AE}" pid="11" name="MediaServiceImageTags">
    <vt:lpwstr/>
  </property>
</Properties>
</file>