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0A50E" w14:textId="77777777" w:rsidR="00217F96" w:rsidRPr="00B45592" w:rsidRDefault="00D020FF" w:rsidP="00B45592">
      <w:pPr>
        <w:pStyle w:val="Heading1"/>
      </w:pPr>
      <w:r w:rsidRPr="00B45592">
        <w:t>Knowledge-check quiz</w:t>
      </w:r>
    </w:p>
    <w:p w14:paraId="07F8C642" w14:textId="77777777" w:rsidR="00217F96" w:rsidRPr="00B45592" w:rsidRDefault="00D020FF" w:rsidP="00B45592">
      <w:pPr>
        <w:pStyle w:val="Heading2"/>
        <w:rPr>
          <w:color w:val="365F91" w:themeColor="accent1" w:themeShade="BF"/>
        </w:rPr>
      </w:pPr>
      <w:r w:rsidRPr="00B45592">
        <w:rPr>
          <w:color w:val="365F91" w:themeColor="accent1" w:themeShade="BF"/>
        </w:rPr>
        <w:t>Activity</w:t>
      </w:r>
    </w:p>
    <w:p w14:paraId="6DDA7FFB" w14:textId="77777777" w:rsidR="00217F96" w:rsidRDefault="00D020FF">
      <w:r>
        <w:t>A</w:t>
      </w:r>
      <w:r>
        <w:t>nswer short questions to check your understanding of a topic.</w:t>
      </w:r>
    </w:p>
    <w:p w14:paraId="726CC53E" w14:textId="77777777" w:rsidR="00217F96" w:rsidRPr="00B45592" w:rsidRDefault="00D020FF" w:rsidP="00B45592">
      <w:pPr>
        <w:pStyle w:val="Heading2"/>
        <w:rPr>
          <w:color w:val="365F91" w:themeColor="accent1" w:themeShade="BF"/>
        </w:rPr>
      </w:pPr>
      <w:r w:rsidRPr="00B45592">
        <w:rPr>
          <w:color w:val="365F91" w:themeColor="accent1" w:themeShade="BF"/>
        </w:rPr>
        <w:t>Joy prompts</w:t>
      </w:r>
    </w:p>
    <w:p w14:paraId="51D7E35E" w14:textId="77777777" w:rsidR="00217F96" w:rsidRDefault="00D020FF">
      <w:pPr>
        <w:pStyle w:val="ListBullet"/>
      </w:pPr>
      <w:r>
        <w:t>D</w:t>
      </w:r>
      <w:r>
        <w:t>o you prefer seeing a score or percentage, or just knowing what you got right or wrong?</w:t>
      </w:r>
    </w:p>
    <w:p w14:paraId="623A7320" w14:textId="77777777" w:rsidR="00217F96" w:rsidRDefault="00D020FF">
      <w:pPr>
        <w:pStyle w:val="ListBullet"/>
      </w:pPr>
      <w:r>
        <w:t>Do you prefer a timed challenge, or answering completely at your own pace?</w:t>
      </w:r>
    </w:p>
    <w:p w14:paraId="775F74A1" w14:textId="77777777" w:rsidR="00217F96" w:rsidRPr="00B45592" w:rsidRDefault="00D020FF" w:rsidP="00B45592">
      <w:pPr>
        <w:pStyle w:val="Heading2"/>
        <w:rPr>
          <w:color w:val="365F91" w:themeColor="accent1" w:themeShade="BF"/>
        </w:rPr>
      </w:pPr>
      <w:r w:rsidRPr="00B45592">
        <w:rPr>
          <w:color w:val="365F91" w:themeColor="accent1" w:themeShade="BF"/>
        </w:rPr>
        <w:t>UDL and accessibility tip</w:t>
      </w:r>
    </w:p>
    <w:p w14:paraId="240A34CF" w14:textId="77777777" w:rsidR="00217F96" w:rsidRDefault="00D020FF">
      <w:r>
        <w:t>E</w:t>
      </w:r>
      <w:r>
        <w:t>nsure quizzes are not timed by default. Provide clear text explanations for incorrect answers. Ensure the interface is fully keyboard navigable.</w:t>
      </w:r>
    </w:p>
    <w:p w14:paraId="3698A777" w14:textId="77777777" w:rsidR="00217F96" w:rsidRDefault="00D020FF">
      <w:r>
        <w:br w:type="page"/>
      </w:r>
    </w:p>
    <w:p w14:paraId="195D57E6" w14:textId="77777777" w:rsidR="00217F96" w:rsidRDefault="00D020FF" w:rsidP="00B45592">
      <w:pPr>
        <w:pStyle w:val="Heading1"/>
      </w:pPr>
      <w:r>
        <w:lastRenderedPageBreak/>
        <w:t>Visual mind-mapping</w:t>
      </w:r>
    </w:p>
    <w:p w14:paraId="2D01D9F6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3B13902E" w14:textId="77777777" w:rsidR="00217F96" w:rsidRDefault="00D020FF">
      <w:r>
        <w:t>B</w:t>
      </w:r>
      <w:r>
        <w:t>rainstorm and connect ideas using diagrams, shapes, and text.</w:t>
      </w:r>
    </w:p>
    <w:p w14:paraId="788EF811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1FCFAFB2" w14:textId="77777777" w:rsidR="00217F96" w:rsidRDefault="00D020FF">
      <w:pPr>
        <w:pStyle w:val="ListBullet"/>
      </w:pPr>
      <w:r>
        <w:t>D</w:t>
      </w:r>
      <w:r>
        <w:t>o you prefer creating a personal mind map alone, or contributing to a collaborative shared map?</w:t>
      </w:r>
    </w:p>
    <w:p w14:paraId="7D93FB87" w14:textId="77777777" w:rsidR="00217F96" w:rsidRDefault="00D020FF">
      <w:pPr>
        <w:pStyle w:val="ListBullet"/>
      </w:pPr>
      <w:r>
        <w:t>Do you prefer a highly visual canvas, or a structured text-based outline?</w:t>
      </w:r>
    </w:p>
    <w:p w14:paraId="31256F44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042A5C0C" w14:textId="77777777" w:rsidR="00217F96" w:rsidRDefault="00D020FF">
      <w:r>
        <w:t>P</w:t>
      </w:r>
      <w:r>
        <w:t>rovide a text-based alternative such as a nested bullet list so screen reader users can participate equally.</w:t>
      </w:r>
    </w:p>
    <w:p w14:paraId="6819F1C1" w14:textId="77777777" w:rsidR="00217F96" w:rsidRDefault="00D020FF">
      <w:r>
        <w:br w:type="page"/>
      </w:r>
    </w:p>
    <w:p w14:paraId="465C5832" w14:textId="77777777" w:rsidR="00217F96" w:rsidRDefault="00D020FF" w:rsidP="00B45592">
      <w:pPr>
        <w:pStyle w:val="Heading1"/>
      </w:pPr>
      <w:r>
        <w:lastRenderedPageBreak/>
        <w:t>Case study analysis</w:t>
      </w:r>
    </w:p>
    <w:p w14:paraId="5FB06342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0CDCC6CD" w14:textId="77777777" w:rsidR="00217F96" w:rsidRDefault="00D020FF">
      <w:r>
        <w:t>R</w:t>
      </w:r>
      <w:r>
        <w:t>ead a realistic scenario and identify key problems or possible solutions.</w:t>
      </w:r>
    </w:p>
    <w:p w14:paraId="0CC36890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3F8F17BB" w14:textId="77777777" w:rsidR="00217F96" w:rsidRDefault="00D020FF">
      <w:pPr>
        <w:pStyle w:val="ListBullet"/>
      </w:pPr>
      <w:r>
        <w:t>D</w:t>
      </w:r>
      <w:r>
        <w:t>o you prefer reading a written story, or analysing a realistic data set or workplace artifact?</w:t>
      </w:r>
    </w:p>
    <w:p w14:paraId="6F8E3C58" w14:textId="77777777" w:rsidR="00217F96" w:rsidRDefault="00D020FF">
      <w:pPr>
        <w:pStyle w:val="ListBullet"/>
      </w:pPr>
      <w:r>
        <w:t>Do you prefer a scenario with one clear outcome, or an ambiguous situation with multiple possible interpretations?</w:t>
      </w:r>
    </w:p>
    <w:p w14:paraId="3EADECE3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3165901D" w14:textId="77777777" w:rsidR="00217F96" w:rsidRDefault="00D020FF">
      <w:r>
        <w:t>P</w:t>
      </w:r>
      <w:r>
        <w:t>rovide the case study in multiple formats such as text, audio, or accessible PDF. Use clear language and avoid cultural bias.</w:t>
      </w:r>
    </w:p>
    <w:p w14:paraId="20568599" w14:textId="77777777" w:rsidR="00217F96" w:rsidRDefault="00D020FF">
      <w:r>
        <w:br w:type="page"/>
      </w:r>
    </w:p>
    <w:p w14:paraId="325008FD" w14:textId="77777777" w:rsidR="00217F96" w:rsidRDefault="00D020FF" w:rsidP="00B45592">
      <w:pPr>
        <w:pStyle w:val="Heading1"/>
      </w:pPr>
      <w:r>
        <w:lastRenderedPageBreak/>
        <w:t>Progress checklists</w:t>
      </w:r>
    </w:p>
    <w:p w14:paraId="4375938C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10AA4033" w14:textId="77777777" w:rsidR="00217F96" w:rsidRDefault="00D020FF">
      <w:r>
        <w:t>T</w:t>
      </w:r>
      <w:r>
        <w:t>rack your progress by checking off tasks or skills as you complete them.</w:t>
      </w:r>
    </w:p>
    <w:p w14:paraId="6E6D8BF0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7B9E64DA" w14:textId="77777777" w:rsidR="00217F96" w:rsidRDefault="00D020FF">
      <w:pPr>
        <w:pStyle w:val="ListBullet"/>
      </w:pPr>
      <w:r>
        <w:t>D</w:t>
      </w:r>
      <w:r>
        <w:t>o you prefer a checklist that links to review materials, or a reward such as a badge on completion?</w:t>
      </w:r>
    </w:p>
    <w:p w14:paraId="06900A57" w14:textId="77777777" w:rsidR="00217F96" w:rsidRDefault="00D020FF">
      <w:pPr>
        <w:pStyle w:val="ListBullet"/>
      </w:pPr>
      <w:r>
        <w:t>Do you prefer tracking tasks completed or milestones achieved?</w:t>
      </w:r>
    </w:p>
    <w:p w14:paraId="5EE96AEB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3BB7A5DE" w14:textId="77777777" w:rsidR="00217F96" w:rsidRDefault="00D020FF">
      <w:r>
        <w:t>D</w:t>
      </w:r>
      <w:r>
        <w:t>o not rely on colour alone to indicate completion. Use clear text labels or symbols such as checkmarks.</w:t>
      </w:r>
    </w:p>
    <w:p w14:paraId="0F631017" w14:textId="77777777" w:rsidR="00217F96" w:rsidRDefault="00D020FF">
      <w:r>
        <w:br w:type="page"/>
      </w:r>
    </w:p>
    <w:p w14:paraId="666CFF0C" w14:textId="77777777" w:rsidR="00217F96" w:rsidRDefault="00D020FF" w:rsidP="00B45592">
      <w:pPr>
        <w:pStyle w:val="Heading1"/>
      </w:pPr>
      <w:r>
        <w:lastRenderedPageBreak/>
        <w:t>Branching scenarios</w:t>
      </w:r>
    </w:p>
    <w:p w14:paraId="7E814E24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419FB2AA" w14:textId="77777777" w:rsidR="00217F96" w:rsidRDefault="00D020FF">
      <w:r>
        <w:t>N</w:t>
      </w:r>
      <w:r>
        <w:t>avigate a scenario where decisions affect outcomes.</w:t>
      </w:r>
    </w:p>
    <w:p w14:paraId="2695F9B4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62992EFA" w14:textId="77777777" w:rsidR="00217F96" w:rsidRDefault="00D020FF">
      <w:pPr>
        <w:pStyle w:val="ListBullet"/>
      </w:pPr>
      <w:r>
        <w:t>D</w:t>
      </w:r>
      <w:r>
        <w:t>o you enjoy actively selecting choices and seeing outcomes unfold?</w:t>
      </w:r>
    </w:p>
    <w:p w14:paraId="29AC1CB1" w14:textId="77777777" w:rsidR="00217F96" w:rsidRDefault="00D020FF">
      <w:pPr>
        <w:pStyle w:val="ListBullet"/>
      </w:pPr>
      <w:r>
        <w:t>Do you prefer seeing all pathways organised in a table?</w:t>
      </w:r>
    </w:p>
    <w:p w14:paraId="4AD56D0B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78C5286B" w14:textId="77777777" w:rsidR="00217F96" w:rsidRDefault="00D020FF">
      <w:r>
        <w:t>P</w:t>
      </w:r>
      <w:r>
        <w:t>rovide a linear text transcript of all possible branches.</w:t>
      </w:r>
    </w:p>
    <w:p w14:paraId="3EAC8084" w14:textId="77777777" w:rsidR="00217F96" w:rsidRDefault="00D020FF">
      <w:r>
        <w:br w:type="page"/>
      </w:r>
    </w:p>
    <w:p w14:paraId="7ACB144D" w14:textId="77777777" w:rsidR="00217F96" w:rsidRDefault="00D020FF" w:rsidP="00B45592">
      <w:pPr>
        <w:pStyle w:val="Heading1"/>
      </w:pPr>
      <w:r>
        <w:lastRenderedPageBreak/>
        <w:t>Reflective journaling</w:t>
      </w:r>
    </w:p>
    <w:p w14:paraId="5BD6D1B2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5B378017" w14:textId="77777777" w:rsidR="00217F96" w:rsidRDefault="00D020FF">
      <w:r>
        <w:t>W</w:t>
      </w:r>
      <w:r>
        <w:t>rite personal reflections on how a concept applies to your experience.</w:t>
      </w:r>
    </w:p>
    <w:p w14:paraId="7B39D7CE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7518F7CA" w14:textId="77777777" w:rsidR="00217F96" w:rsidRDefault="00D020FF">
      <w:pPr>
        <w:pStyle w:val="ListBullet"/>
      </w:pPr>
      <w:r>
        <w:t>D</w:t>
      </w:r>
      <w:r>
        <w:t>o you prefer keeping reflections private?</w:t>
      </w:r>
    </w:p>
    <w:p w14:paraId="59E6E742" w14:textId="77777777" w:rsidR="00217F96" w:rsidRDefault="00D020FF">
      <w:pPr>
        <w:pStyle w:val="ListBullet"/>
      </w:pPr>
      <w:r>
        <w:t>Do you prefer sharing reflections to receive feedback?</w:t>
      </w:r>
    </w:p>
    <w:p w14:paraId="0A42B7F4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3C97D179" w14:textId="77777777" w:rsidR="00217F96" w:rsidRDefault="00D020FF">
      <w:r>
        <w:t>A</w:t>
      </w:r>
      <w:r>
        <w:t>llow multiple formats such as text, audio, or diagrams.</w:t>
      </w:r>
    </w:p>
    <w:p w14:paraId="274BF3E3" w14:textId="77777777" w:rsidR="00217F96" w:rsidRDefault="00D020FF">
      <w:r>
        <w:br w:type="page"/>
      </w:r>
    </w:p>
    <w:p w14:paraId="27D818A5" w14:textId="77777777" w:rsidR="00217F96" w:rsidRDefault="00D020FF" w:rsidP="00B45592">
      <w:pPr>
        <w:pStyle w:val="Heading1"/>
      </w:pPr>
      <w:r>
        <w:lastRenderedPageBreak/>
        <w:t>Forum discussion boards</w:t>
      </w:r>
    </w:p>
    <w:p w14:paraId="283628DE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40CA8598" w14:textId="77777777" w:rsidR="00217F96" w:rsidRDefault="00D020FF">
      <w:r>
        <w:t>S</w:t>
      </w:r>
      <w:r>
        <w:t>hare ideas and respond to others in an online discussion.</w:t>
      </w:r>
    </w:p>
    <w:p w14:paraId="3473F3DB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5F5EF804" w14:textId="77777777" w:rsidR="00217F96" w:rsidRDefault="00D020FF">
      <w:pPr>
        <w:pStyle w:val="ListBullet"/>
      </w:pPr>
      <w:r>
        <w:t>D</w:t>
      </w:r>
      <w:r>
        <w:t>o you prefer open-ended prompts?</w:t>
      </w:r>
    </w:p>
    <w:p w14:paraId="595D9B07" w14:textId="77777777" w:rsidR="00217F96" w:rsidRDefault="00D020FF">
      <w:pPr>
        <w:pStyle w:val="ListBullet"/>
      </w:pPr>
      <w:r>
        <w:t>Do you prefer targeted questions?</w:t>
      </w:r>
    </w:p>
    <w:p w14:paraId="771132C2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69D526CC" w14:textId="77777777" w:rsidR="00217F96" w:rsidRDefault="00D020FF">
      <w:r>
        <w:t>O</w:t>
      </w:r>
      <w:r>
        <w:t>ffer flexible participation options such as audio, video, or structured templates.</w:t>
      </w:r>
    </w:p>
    <w:p w14:paraId="313E56B9" w14:textId="77777777" w:rsidR="00217F96" w:rsidRDefault="00D020FF">
      <w:r>
        <w:br w:type="page"/>
      </w:r>
    </w:p>
    <w:p w14:paraId="3F91BF4A" w14:textId="77777777" w:rsidR="00217F96" w:rsidRDefault="00D020FF" w:rsidP="00B45592">
      <w:pPr>
        <w:pStyle w:val="Heading1"/>
      </w:pPr>
      <w:r>
        <w:lastRenderedPageBreak/>
        <w:t>Active screen breaks</w:t>
      </w:r>
    </w:p>
    <w:p w14:paraId="556449AE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036B8336" w14:textId="77777777" w:rsidR="00217F96" w:rsidRDefault="00D020FF">
      <w:r>
        <w:t>S</w:t>
      </w:r>
      <w:r>
        <w:t>tep away from the screen to explore or apply concepts.</w:t>
      </w:r>
    </w:p>
    <w:p w14:paraId="4E9570C7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56146B0B" w14:textId="77777777" w:rsidR="00217F96" w:rsidRDefault="00D020FF">
      <w:pPr>
        <w:pStyle w:val="ListBullet"/>
      </w:pPr>
      <w:r>
        <w:t>D</w:t>
      </w:r>
      <w:r>
        <w:t>o you enjoy interacting with physical environments?</w:t>
      </w:r>
    </w:p>
    <w:p w14:paraId="685B5C49" w14:textId="77777777" w:rsidR="00217F96" w:rsidRDefault="00D020FF">
      <w:pPr>
        <w:pStyle w:val="ListBullet"/>
      </w:pPr>
      <w:r>
        <w:t>Do you prefer staying within a digital space?</w:t>
      </w:r>
    </w:p>
    <w:p w14:paraId="13F04DD0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04E5F09E" w14:textId="77777777" w:rsidR="00217F96" w:rsidRDefault="00D020FF">
      <w:r>
        <w:t>P</w:t>
      </w:r>
      <w:r>
        <w:t>rovide both physical and digital alternatives.</w:t>
      </w:r>
    </w:p>
    <w:p w14:paraId="044C9EE4" w14:textId="77777777" w:rsidR="00217F96" w:rsidRDefault="00D020FF">
      <w:r>
        <w:br w:type="page"/>
      </w:r>
    </w:p>
    <w:p w14:paraId="0A783ADE" w14:textId="77777777" w:rsidR="00217F96" w:rsidRDefault="00D020FF" w:rsidP="00B45592">
      <w:pPr>
        <w:pStyle w:val="Heading1"/>
      </w:pPr>
      <w:r>
        <w:lastRenderedPageBreak/>
        <w:t>Concept explanations</w:t>
      </w:r>
    </w:p>
    <w:p w14:paraId="4177064E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0E39A5E5" w14:textId="77777777" w:rsidR="00217F96" w:rsidRDefault="00D020FF">
      <w:r>
        <w:t>E</w:t>
      </w:r>
      <w:r>
        <w:t>xplain a concept using your own words or examples.</w:t>
      </w:r>
    </w:p>
    <w:p w14:paraId="549E0793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4D9573E2" w14:textId="77777777" w:rsidR="00217F96" w:rsidRDefault="00D020FF">
      <w:pPr>
        <w:pStyle w:val="ListBullet"/>
      </w:pPr>
      <w:r>
        <w:t>D</w:t>
      </w:r>
      <w:r>
        <w:t>o you enjoy creative analogies?</w:t>
      </w:r>
    </w:p>
    <w:p w14:paraId="798B8B00" w14:textId="77777777" w:rsidR="00217F96" w:rsidRDefault="00D020FF">
      <w:pPr>
        <w:pStyle w:val="ListBullet"/>
      </w:pPr>
      <w:r>
        <w:t>Do you prefer practical examples?</w:t>
      </w:r>
    </w:p>
    <w:p w14:paraId="79608066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062ABD92" w14:textId="77777777" w:rsidR="00217F96" w:rsidRDefault="00D020FF">
      <w:r>
        <w:t>A</w:t>
      </w:r>
      <w:r>
        <w:t>void culturally specific metaphors.</w:t>
      </w:r>
    </w:p>
    <w:p w14:paraId="30B74EE6" w14:textId="77777777" w:rsidR="00217F96" w:rsidRDefault="00D020FF">
      <w:r>
        <w:br w:type="page"/>
      </w:r>
    </w:p>
    <w:p w14:paraId="035AA4A0" w14:textId="77777777" w:rsidR="00217F96" w:rsidRDefault="00D020FF" w:rsidP="00B45592">
      <w:pPr>
        <w:pStyle w:val="Heading1"/>
      </w:pPr>
      <w:r>
        <w:lastRenderedPageBreak/>
        <w:t>Media format choice</w:t>
      </w:r>
    </w:p>
    <w:p w14:paraId="476A4426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52C53E38" w14:textId="77777777" w:rsidR="00217F96" w:rsidRDefault="00D020FF">
      <w:r>
        <w:t>C</w:t>
      </w:r>
      <w:r>
        <w:t>hoose how to engage with content.</w:t>
      </w:r>
    </w:p>
    <w:p w14:paraId="73F0D111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78917A80" w14:textId="77777777" w:rsidR="00217F96" w:rsidRDefault="00D020FF">
      <w:pPr>
        <w:pStyle w:val="ListBullet"/>
      </w:pPr>
      <w:r>
        <w:t>D</w:t>
      </w:r>
      <w:r>
        <w:t>o you prefer reading text?</w:t>
      </w:r>
    </w:p>
    <w:p w14:paraId="00156E20" w14:textId="77777777" w:rsidR="00217F96" w:rsidRDefault="00D020FF">
      <w:pPr>
        <w:pStyle w:val="ListBullet"/>
      </w:pPr>
      <w:r>
        <w:t>Do you prefer video or audio?</w:t>
      </w:r>
    </w:p>
    <w:p w14:paraId="512E6B36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7CD3C930" w14:textId="77777777" w:rsidR="00217F96" w:rsidRDefault="00D020FF">
      <w:r>
        <w:t>P</w:t>
      </w:r>
      <w:r>
        <w:t>rovide captions, transcripts, and screen reader compatible text.</w:t>
      </w:r>
    </w:p>
    <w:p w14:paraId="63DA245B" w14:textId="77777777" w:rsidR="00217F96" w:rsidRDefault="00D020FF">
      <w:r>
        <w:br w:type="page"/>
      </w:r>
    </w:p>
    <w:p w14:paraId="42B1A2E1" w14:textId="77777777" w:rsidR="00217F96" w:rsidRDefault="00D020FF" w:rsidP="00B45592">
      <w:pPr>
        <w:pStyle w:val="Heading1"/>
      </w:pPr>
      <w:r>
        <w:lastRenderedPageBreak/>
        <w:t>Video engagement</w:t>
      </w:r>
    </w:p>
    <w:p w14:paraId="33C27A30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46D66538" w14:textId="77777777" w:rsidR="00217F96" w:rsidRDefault="00D020FF">
      <w:r>
        <w:t>I</w:t>
      </w:r>
      <w:r>
        <w:t>nteract with video content during learning.</w:t>
      </w:r>
    </w:p>
    <w:p w14:paraId="29F5F0C2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5B220D07" w14:textId="77777777" w:rsidR="00217F96" w:rsidRDefault="00D020FF">
      <w:pPr>
        <w:pStyle w:val="ListBullet"/>
      </w:pPr>
      <w:r>
        <w:t>D</w:t>
      </w:r>
      <w:r>
        <w:t>o you prefer uninterrupted viewing?</w:t>
      </w:r>
    </w:p>
    <w:p w14:paraId="445ABB7B" w14:textId="77777777" w:rsidR="00217F96" w:rsidRDefault="00D020FF">
      <w:pPr>
        <w:pStyle w:val="ListBullet"/>
      </w:pPr>
      <w:r>
        <w:t>Do you prefer interactive videos?</w:t>
      </w:r>
    </w:p>
    <w:p w14:paraId="67D733C6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45EA27D1" w14:textId="77777777" w:rsidR="00217F96" w:rsidRDefault="00D020FF">
      <w:r>
        <w:t>E</w:t>
      </w:r>
      <w:r>
        <w:t>nsure controls are keyboard accessible and not time limited.</w:t>
      </w:r>
    </w:p>
    <w:p w14:paraId="4306648D" w14:textId="77777777" w:rsidR="00217F96" w:rsidRDefault="00D020FF">
      <w:r>
        <w:br w:type="page"/>
      </w:r>
    </w:p>
    <w:p w14:paraId="674C5714" w14:textId="77777777" w:rsidR="00217F96" w:rsidRDefault="00D020FF" w:rsidP="00B45592">
      <w:pPr>
        <w:pStyle w:val="Heading1"/>
      </w:pPr>
      <w:r>
        <w:lastRenderedPageBreak/>
        <w:t>Audio and rhythm-based practice</w:t>
      </w:r>
    </w:p>
    <w:p w14:paraId="76B57CA5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2B7BB2BD" w14:textId="77777777" w:rsidR="00217F96" w:rsidRDefault="00D020FF">
      <w:r>
        <w:t>U</w:t>
      </w:r>
      <w:r>
        <w:t>se rhythm or audio to support learning and recall.</w:t>
      </w:r>
    </w:p>
    <w:p w14:paraId="4384CC9C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58AA4F3E" w14:textId="77777777" w:rsidR="00217F96" w:rsidRDefault="00D020FF">
      <w:pPr>
        <w:pStyle w:val="ListBullet"/>
      </w:pPr>
      <w:r>
        <w:t>D</w:t>
      </w:r>
      <w:r>
        <w:t>o you enjoy using rhythm to memorise?</w:t>
      </w:r>
    </w:p>
    <w:p w14:paraId="18AEDDCF" w14:textId="77777777" w:rsidR="00217F96" w:rsidRDefault="00D020FF">
      <w:pPr>
        <w:pStyle w:val="ListBullet"/>
      </w:pPr>
      <w:r>
        <w:t>Do you prefer listening or participating?</w:t>
      </w:r>
    </w:p>
    <w:p w14:paraId="07801157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5725E07D" w14:textId="77777777" w:rsidR="00217F96" w:rsidRDefault="00D020FF">
      <w:r>
        <w:t>P</w:t>
      </w:r>
      <w:r>
        <w:t>rovide transcripts and playback controls.</w:t>
      </w:r>
    </w:p>
    <w:p w14:paraId="632209DA" w14:textId="77777777" w:rsidR="00217F96" w:rsidRDefault="00D020FF">
      <w:r>
        <w:br w:type="page"/>
      </w:r>
    </w:p>
    <w:p w14:paraId="2BE0E65C" w14:textId="77777777" w:rsidR="00217F96" w:rsidRDefault="00D020FF" w:rsidP="00B45592">
      <w:pPr>
        <w:pStyle w:val="Heading1"/>
      </w:pPr>
      <w:r>
        <w:lastRenderedPageBreak/>
        <w:t>Interactive visual sorts</w:t>
      </w:r>
    </w:p>
    <w:p w14:paraId="6DF21C0E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7C2B2D9C" w14:textId="77777777" w:rsidR="00217F96" w:rsidRDefault="00D020FF">
      <w:r>
        <w:t>S</w:t>
      </w:r>
      <w:r>
        <w:t>ort or match concepts using interactive tools.</w:t>
      </w:r>
    </w:p>
    <w:p w14:paraId="1F81A280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4B43C079" w14:textId="77777777" w:rsidR="00217F96" w:rsidRDefault="00D020FF">
      <w:pPr>
        <w:pStyle w:val="ListBullet"/>
      </w:pPr>
      <w:r>
        <w:t>D</w:t>
      </w:r>
      <w:r>
        <w:t>o you enjoy visual puzzles?</w:t>
      </w:r>
    </w:p>
    <w:p w14:paraId="013BAFBD" w14:textId="77777777" w:rsidR="00217F96" w:rsidRDefault="00D020FF">
      <w:pPr>
        <w:pStyle w:val="ListBullet"/>
      </w:pPr>
      <w:r>
        <w:t>Do you prefer instant or final feedback?</w:t>
      </w:r>
    </w:p>
    <w:p w14:paraId="69D1879A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264C03A7" w14:textId="77777777" w:rsidR="00217F96" w:rsidRDefault="00D020FF">
      <w:r>
        <w:t>P</w:t>
      </w:r>
      <w:r>
        <w:t>rovide keyboard-accessible alternatives.</w:t>
      </w:r>
    </w:p>
    <w:p w14:paraId="4D34E167" w14:textId="77777777" w:rsidR="00217F96" w:rsidRDefault="00D020FF">
      <w:r>
        <w:br w:type="page"/>
      </w:r>
    </w:p>
    <w:p w14:paraId="00B80E0E" w14:textId="77777777" w:rsidR="00217F96" w:rsidRDefault="00D020FF" w:rsidP="00B45592">
      <w:pPr>
        <w:pStyle w:val="Heading1"/>
      </w:pPr>
      <w:r>
        <w:lastRenderedPageBreak/>
        <w:t>Micro-learning for recall</w:t>
      </w:r>
    </w:p>
    <w:p w14:paraId="2FFFD633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Activity</w:t>
      </w:r>
    </w:p>
    <w:p w14:paraId="04C93554" w14:textId="77777777" w:rsidR="00217F96" w:rsidRDefault="00D020FF">
      <w:r>
        <w:t>U</w:t>
      </w:r>
      <w:r>
        <w:t>se flashcards or short activities to reinforce memory.</w:t>
      </w:r>
    </w:p>
    <w:p w14:paraId="360F8B7B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Joy prompts</w:t>
      </w:r>
    </w:p>
    <w:p w14:paraId="0D66B31C" w14:textId="77777777" w:rsidR="00217F96" w:rsidRDefault="00D020FF">
      <w:pPr>
        <w:pStyle w:val="ListBullet"/>
      </w:pPr>
      <w:r>
        <w:t>D</w:t>
      </w:r>
      <w:r>
        <w:t>o you prefer digital flashcards?</w:t>
      </w:r>
    </w:p>
    <w:p w14:paraId="37F1E4A2" w14:textId="77777777" w:rsidR="00217F96" w:rsidRDefault="00D020FF">
      <w:pPr>
        <w:pStyle w:val="ListBullet"/>
      </w:pPr>
      <w:r>
        <w:t>Do you prefer creating your own?</w:t>
      </w:r>
    </w:p>
    <w:p w14:paraId="55DCDBD0" w14:textId="77777777" w:rsidR="00217F96" w:rsidRDefault="00D020FF" w:rsidP="00B45592">
      <w:pPr>
        <w:pStyle w:val="Heading2"/>
        <w:rPr>
          <w:color w:val="365F91" w:themeColor="accent1" w:themeShade="BF"/>
        </w:rPr>
      </w:pPr>
      <w:r>
        <w:rPr>
          <w:color w:val="365F91" w:themeColor="accent1" w:themeShade="BF"/>
        </w:rPr>
        <w:t>UDL and accessibility tip</w:t>
      </w:r>
    </w:p>
    <w:p w14:paraId="14E9A6E9" w14:textId="77777777" w:rsidR="00217F96" w:rsidRDefault="00D020FF">
      <w:r>
        <w:t>E</w:t>
      </w:r>
      <w:r>
        <w:t>nsure tools are keyboard accessible and editable formats available.</w:t>
      </w:r>
    </w:p>
    <w:sectPr w:rsidR="00217F9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7816081">
    <w:abstractNumId w:val="8"/>
  </w:num>
  <w:num w:numId="2" w16cid:durableId="743725779">
    <w:abstractNumId w:val="6"/>
  </w:num>
  <w:num w:numId="3" w16cid:durableId="1443107762">
    <w:abstractNumId w:val="5"/>
  </w:num>
  <w:num w:numId="4" w16cid:durableId="939988391">
    <w:abstractNumId w:val="4"/>
  </w:num>
  <w:num w:numId="5" w16cid:durableId="2145076743">
    <w:abstractNumId w:val="7"/>
  </w:num>
  <w:num w:numId="6" w16cid:durableId="202182605">
    <w:abstractNumId w:val="3"/>
  </w:num>
  <w:num w:numId="7" w16cid:durableId="1909421393">
    <w:abstractNumId w:val="2"/>
  </w:num>
  <w:num w:numId="8" w16cid:durableId="1649356527">
    <w:abstractNumId w:val="1"/>
  </w:num>
  <w:num w:numId="9" w16cid:durableId="33549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F96"/>
    <w:rsid w:val="0029639D"/>
    <w:rsid w:val="00326F90"/>
    <w:rsid w:val="00655D48"/>
    <w:rsid w:val="00AA1D8D"/>
    <w:rsid w:val="00B45592"/>
    <w:rsid w:val="00B47730"/>
    <w:rsid w:val="00CB0664"/>
    <w:rsid w:val="00D020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1415847-63B4-48A9-AB00-A8915FD9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592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5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5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45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45592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052E37-3223-4BF4-9253-B8B71BBDD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8D3553-A579-4C55-963C-BEE2BA4D95A6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4.xml><?xml version="1.0" encoding="utf-8"?>
<ds:datastoreItem xmlns:ds="http://schemas.openxmlformats.org/officeDocument/2006/customXml" ds:itemID="{98823394-3A30-41B6-8BE4-480C859FAD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655</Words>
  <Characters>3709</Characters>
  <Application>Microsoft Office Word</Application>
  <DocSecurity>0</DocSecurity>
  <Lines>137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Kylie Geard</cp:lastModifiedBy>
  <cp:revision>2</cp:revision>
  <dcterms:created xsi:type="dcterms:W3CDTF">2013-12-23T23:15:00Z</dcterms:created>
  <dcterms:modified xsi:type="dcterms:W3CDTF">2026-08-03T06:06:00Z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  <property fmtid="{D5CDD505-2E9C-101B-9397-08002B2CF9AE}" pid="3" name="MediaServiceImageTags">
    <vt:lpwstr/>
  </property>
</Properties>
</file>